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E6AB0" w14:textId="00F0F559" w:rsidR="00F97C11" w:rsidRPr="00F97C11" w:rsidRDefault="00F97C11" w:rsidP="00F97C11">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lang w:val="nb-NO"/>
        </w:rPr>
      </w:pPr>
      <w:r w:rsidRPr="00F97C11">
        <w:rPr>
          <w:rFonts w:asciiTheme="majorHAnsi" w:eastAsiaTheme="majorEastAsia" w:hAnsiTheme="majorHAnsi" w:cstheme="majorBidi"/>
          <w:color w:val="17365D" w:themeColor="text2" w:themeShade="BF"/>
          <w:spacing w:val="5"/>
          <w:kern w:val="28"/>
          <w:sz w:val="52"/>
          <w:szCs w:val="52"/>
          <w:lang w:val="nb-NO"/>
        </w:rPr>
        <w:t>Symposium 15. oktober</w:t>
      </w:r>
      <w:r w:rsidR="001D705B">
        <w:rPr>
          <w:rFonts w:asciiTheme="majorHAnsi" w:eastAsiaTheme="majorEastAsia" w:hAnsiTheme="majorHAnsi" w:cstheme="majorBidi"/>
          <w:color w:val="17365D" w:themeColor="text2" w:themeShade="BF"/>
          <w:spacing w:val="5"/>
          <w:kern w:val="28"/>
          <w:sz w:val="52"/>
          <w:szCs w:val="52"/>
          <w:lang w:val="nb-NO"/>
        </w:rPr>
        <w:t xml:space="preserve"> 2026</w:t>
      </w:r>
    </w:p>
    <w:p w14:paraId="69EC3820" w14:textId="77777777" w:rsidR="00D40A2F" w:rsidRDefault="00D40A2F" w:rsidP="00F97C11">
      <w:pPr>
        <w:rPr>
          <w:lang w:val="nb-NO"/>
        </w:rPr>
      </w:pPr>
    </w:p>
    <w:p w14:paraId="68AF7687" w14:textId="39395B09" w:rsidR="00AB7E0F" w:rsidRPr="00D77D81" w:rsidRDefault="00F97C11" w:rsidP="00AB7E0F">
      <w:pPr>
        <w:rPr>
          <w:b/>
          <w:bCs/>
          <w:sz w:val="28"/>
          <w:szCs w:val="28"/>
          <w:lang w:val="nb-NO"/>
        </w:rPr>
      </w:pPr>
      <w:r w:rsidRPr="00D77D81">
        <w:rPr>
          <w:b/>
          <w:bCs/>
          <w:sz w:val="28"/>
          <w:szCs w:val="28"/>
          <w:lang w:val="nb-NO"/>
        </w:rPr>
        <w:t xml:space="preserve">Aldring </w:t>
      </w:r>
      <w:r w:rsidR="00AB7E0F" w:rsidRPr="00D77D81">
        <w:rPr>
          <w:b/>
          <w:bCs/>
          <w:sz w:val="28"/>
          <w:szCs w:val="28"/>
          <w:lang w:val="nb-NO"/>
        </w:rPr>
        <w:t xml:space="preserve">– </w:t>
      </w:r>
      <w:r w:rsidR="00727941" w:rsidRPr="00D77D81">
        <w:rPr>
          <w:b/>
          <w:bCs/>
          <w:sz w:val="28"/>
          <w:szCs w:val="28"/>
          <w:lang w:val="nb-NO"/>
        </w:rPr>
        <w:t xml:space="preserve">veien til et langt liv </w:t>
      </w:r>
      <w:r w:rsidR="001776F1" w:rsidRPr="00D77D81">
        <w:rPr>
          <w:b/>
          <w:bCs/>
          <w:sz w:val="28"/>
          <w:szCs w:val="28"/>
          <w:lang w:val="nb-NO"/>
        </w:rPr>
        <w:t>med</w:t>
      </w:r>
      <w:r w:rsidR="00727941" w:rsidRPr="00D77D81">
        <w:rPr>
          <w:b/>
          <w:bCs/>
          <w:sz w:val="28"/>
          <w:szCs w:val="28"/>
          <w:lang w:val="nb-NO"/>
        </w:rPr>
        <w:t xml:space="preserve"> friske leveår</w:t>
      </w:r>
    </w:p>
    <w:p w14:paraId="15EBCF7B" w14:textId="2E62FAAD" w:rsidR="002B587A" w:rsidRPr="002B587A" w:rsidRDefault="002B587A" w:rsidP="00F97C11">
      <w:pPr>
        <w:rPr>
          <w:b/>
          <w:bCs/>
          <w:lang w:val="nb-NO"/>
        </w:rPr>
      </w:pPr>
    </w:p>
    <w:p w14:paraId="191A6C93" w14:textId="77777777" w:rsidR="00F97C11" w:rsidRPr="00F97C11" w:rsidRDefault="00F97C11" w:rsidP="00F97C11">
      <w:pPr>
        <w:rPr>
          <w:lang w:val="nb-NO"/>
        </w:rPr>
      </w:pPr>
      <w:r w:rsidRPr="00F97C11">
        <w:rPr>
          <w:lang w:val="nb-NO"/>
        </w:rPr>
        <w:t xml:space="preserve">Sted: Det Norske </w:t>
      </w:r>
      <w:proofErr w:type="spellStart"/>
      <w:r w:rsidRPr="00F97C11">
        <w:rPr>
          <w:lang w:val="nb-NO"/>
        </w:rPr>
        <w:t>Videnskaps</w:t>
      </w:r>
      <w:proofErr w:type="spellEnd"/>
      <w:r w:rsidRPr="00F97C11">
        <w:rPr>
          <w:lang w:val="nb-NO"/>
        </w:rPr>
        <w:t>-Akademi (DNVA), Drammensveien 78, Oslo</w:t>
      </w:r>
    </w:p>
    <w:p w14:paraId="25C400C5" w14:textId="7EFAB0CD" w:rsidR="00F97C11" w:rsidRPr="00DC609C" w:rsidRDefault="00F97C11" w:rsidP="00F97C11">
      <w:pPr>
        <w:rPr>
          <w:lang w:val="nb-NO"/>
        </w:rPr>
      </w:pPr>
      <w:r w:rsidRPr="00DC609C">
        <w:rPr>
          <w:lang w:val="nb-NO"/>
        </w:rPr>
        <w:t xml:space="preserve">Programansvarlig: Komite for </w:t>
      </w:r>
      <w:r w:rsidR="00A354F4" w:rsidRPr="00DC609C">
        <w:rPr>
          <w:lang w:val="nb-NO"/>
        </w:rPr>
        <w:t>g</w:t>
      </w:r>
      <w:r w:rsidRPr="00DC609C">
        <w:rPr>
          <w:lang w:val="nb-NO"/>
        </w:rPr>
        <w:t>eomedisin – mat, miljø, helse, DNVA</w:t>
      </w:r>
    </w:p>
    <w:p w14:paraId="5E2736DF" w14:textId="3FA40DD1" w:rsidR="00853277" w:rsidRPr="00DC609C" w:rsidRDefault="00853277" w:rsidP="00853277">
      <w:pPr>
        <w:spacing w:before="100" w:beforeAutospacing="1" w:after="100" w:afterAutospacing="1" w:line="240" w:lineRule="auto"/>
        <w:rPr>
          <w:rFonts w:eastAsia="Aptos" w:cs="Aptos"/>
          <w:lang w:val="nb-NO" w:eastAsia="nb-NO"/>
        </w:rPr>
      </w:pPr>
      <w:r w:rsidRPr="00DC609C">
        <w:rPr>
          <w:rFonts w:eastAsia="Aptos" w:cs="Aptos"/>
          <w:lang w:val="nb-NO" w:eastAsia="nb-NO"/>
        </w:rPr>
        <w:t xml:space="preserve">Aldring og taklingen av en ventet eldrebølge er hyppig diskutert. Aldringen kjennetegnes av en progressiv akkumulering av cellulær skade med redusert kroppslig og mental funksjon, nedsatt motstand mot stress og økt risiko for sykdom og død. Aldring som fenomen er gjenstand for stor </w:t>
      </w:r>
      <w:r w:rsidR="00A86BAA" w:rsidRPr="00DC609C">
        <w:rPr>
          <w:rFonts w:eastAsia="Aptos" w:cs="Aptos"/>
          <w:lang w:val="nb-NO" w:eastAsia="nb-NO"/>
        </w:rPr>
        <w:t xml:space="preserve">og bred </w:t>
      </w:r>
      <w:r w:rsidRPr="00DC609C">
        <w:rPr>
          <w:rFonts w:eastAsia="Aptos" w:cs="Aptos"/>
          <w:lang w:val="nb-NO" w:eastAsia="nb-NO"/>
        </w:rPr>
        <w:t>forskningsmessig interesse. I symposiet tar vi for oss grunnleggende biologiske prosesser som ligger bak aldringen. Hva betyr arv og hvordan kan miljøfaktorer i vid forstand påvirke aldring? Hvordan varierer og hvordan har aldringsprosessen, varierende grad av skrøpelighet og levealder endret seg i befolkningen? Hvordan kan samfunnet legge til rette for aldring med god helse?</w:t>
      </w:r>
      <w:r w:rsidR="00D760B4" w:rsidRPr="00DC609C">
        <w:rPr>
          <w:rFonts w:eastAsia="Aptos" w:cs="Aptos"/>
          <w:lang w:val="nb-NO" w:eastAsia="nb-NO"/>
        </w:rPr>
        <w:t xml:space="preserve"> </w:t>
      </w:r>
    </w:p>
    <w:p w14:paraId="1D231A1B" w14:textId="77777777" w:rsidR="00F97C11" w:rsidRPr="00F97C11" w:rsidRDefault="00F97C11" w:rsidP="00F97C11">
      <w:pPr>
        <w:keepNext/>
        <w:keepLines/>
        <w:spacing w:before="480" w:after="0"/>
        <w:outlineLvl w:val="0"/>
        <w:rPr>
          <w:rFonts w:eastAsiaTheme="majorEastAsia" w:cstheme="majorBidi"/>
          <w:b/>
          <w:bCs/>
          <w:color w:val="365F91" w:themeColor="accent1" w:themeShade="BF"/>
          <w:sz w:val="28"/>
          <w:szCs w:val="28"/>
          <w:lang w:val="nb-NO"/>
        </w:rPr>
      </w:pPr>
      <w:r w:rsidRPr="00F97C11">
        <w:rPr>
          <w:rFonts w:eastAsiaTheme="majorEastAsia" w:cstheme="majorBidi"/>
          <w:b/>
          <w:bCs/>
          <w:color w:val="365F91" w:themeColor="accent1" w:themeShade="BF"/>
          <w:sz w:val="28"/>
          <w:szCs w:val="28"/>
          <w:lang w:val="nb-NO"/>
        </w:rPr>
        <w:t>Program</w:t>
      </w:r>
    </w:p>
    <w:p w14:paraId="66AD30D5" w14:textId="4CF4A138" w:rsidR="00F97C11" w:rsidRDefault="00F97C11" w:rsidP="00F97C11">
      <w:pPr>
        <w:rPr>
          <w:lang w:val="nb-NO"/>
        </w:rPr>
      </w:pPr>
      <w:r w:rsidRPr="00F97C11">
        <w:rPr>
          <w:lang w:val="nb-NO"/>
        </w:rPr>
        <w:t>08</w:t>
      </w:r>
      <w:r w:rsidR="00D77D81">
        <w:rPr>
          <w:lang w:val="nb-NO"/>
        </w:rPr>
        <w:t>:</w:t>
      </w:r>
      <w:r w:rsidRPr="00F97C11">
        <w:rPr>
          <w:lang w:val="nb-NO"/>
        </w:rPr>
        <w:t>30</w:t>
      </w:r>
      <w:r w:rsidR="00D77D81" w:rsidRPr="00F97C11">
        <w:rPr>
          <w:lang w:val="nb-NO"/>
        </w:rPr>
        <w:t>–</w:t>
      </w:r>
      <w:r w:rsidRPr="00F97C11">
        <w:rPr>
          <w:lang w:val="nb-NO"/>
        </w:rPr>
        <w:t>09</w:t>
      </w:r>
      <w:r w:rsidR="00D77D81">
        <w:rPr>
          <w:lang w:val="nb-NO"/>
        </w:rPr>
        <w:t>:</w:t>
      </w:r>
      <w:r w:rsidRPr="00F97C11">
        <w:rPr>
          <w:lang w:val="nb-NO"/>
        </w:rPr>
        <w:t>00 Registrering, kaffe/te</w:t>
      </w:r>
    </w:p>
    <w:p w14:paraId="74D5A574" w14:textId="6F6AAC99" w:rsidR="000E284E" w:rsidRPr="00F97C11" w:rsidRDefault="000E284E" w:rsidP="00F97C11">
      <w:pPr>
        <w:rPr>
          <w:lang w:val="nb-NO"/>
        </w:rPr>
      </w:pPr>
      <w:r>
        <w:rPr>
          <w:lang w:val="nb-NO"/>
        </w:rPr>
        <w:t>09:00</w:t>
      </w:r>
      <w:r w:rsidR="00D77D81" w:rsidRPr="00F97C11">
        <w:rPr>
          <w:lang w:val="nb-NO"/>
        </w:rPr>
        <w:t>–</w:t>
      </w:r>
      <w:r>
        <w:rPr>
          <w:lang w:val="nb-NO"/>
        </w:rPr>
        <w:t>09</w:t>
      </w:r>
      <w:r w:rsidR="005F4F1F">
        <w:rPr>
          <w:lang w:val="nb-NO"/>
        </w:rPr>
        <w:t>:</w:t>
      </w:r>
      <w:r>
        <w:rPr>
          <w:lang w:val="nb-NO"/>
        </w:rPr>
        <w:t>1</w:t>
      </w:r>
      <w:r w:rsidR="005802D8">
        <w:rPr>
          <w:lang w:val="nb-NO"/>
        </w:rPr>
        <w:t>0</w:t>
      </w:r>
      <w:r>
        <w:rPr>
          <w:lang w:val="nb-NO"/>
        </w:rPr>
        <w:t xml:space="preserve"> Velkommen (</w:t>
      </w:r>
      <w:r w:rsidR="00F67BEA">
        <w:rPr>
          <w:lang w:val="nb-NO"/>
        </w:rPr>
        <w:t xml:space="preserve">Professor </w:t>
      </w:r>
      <w:r>
        <w:rPr>
          <w:lang w:val="nb-NO"/>
        </w:rPr>
        <w:t xml:space="preserve">Aksel Bernhoft) </w:t>
      </w:r>
    </w:p>
    <w:p w14:paraId="4572B238" w14:textId="77777777" w:rsidR="00F97C11" w:rsidRPr="00D40A2F" w:rsidRDefault="00A26788" w:rsidP="00F97C11">
      <w:r>
        <w:rPr>
          <w:noProof/>
        </w:rPr>
        <w:pict w14:anchorId="5BA87486">
          <v:rect id="_x0000_i1025" alt="" style="width:453.6pt;height:.05pt;mso-width-percent:0;mso-height-percent:0;mso-width-percent:0;mso-height-percent:0" o:hrpct="0" o:hralign="center" o:hrstd="t" o:hr="t" fillcolor="#a0a0a0" stroked="f"/>
        </w:pict>
      </w:r>
    </w:p>
    <w:p w14:paraId="56A25E61" w14:textId="77777777" w:rsidR="000E284E" w:rsidRDefault="000E284E" w:rsidP="00F97C11">
      <w:pPr>
        <w:rPr>
          <w:b/>
          <w:bCs/>
          <w:u w:val="single"/>
          <w:lang w:val="nb-NO"/>
        </w:rPr>
      </w:pPr>
      <w:r>
        <w:rPr>
          <w:b/>
          <w:bCs/>
          <w:u w:val="single"/>
          <w:lang w:val="nb-NO"/>
        </w:rPr>
        <w:t xml:space="preserve">Innledningsforedrag: </w:t>
      </w:r>
    </w:p>
    <w:p w14:paraId="2E84325D" w14:textId="3E22B4EE" w:rsidR="000E284E" w:rsidRDefault="005F4F1F" w:rsidP="00D77D81">
      <w:pPr>
        <w:spacing w:after="160" w:line="240" w:lineRule="auto"/>
        <w:rPr>
          <w:b/>
          <w:bCs/>
          <w:u w:val="single"/>
          <w:lang w:val="nb-NO"/>
        </w:rPr>
      </w:pPr>
      <w:r w:rsidRPr="001210C9">
        <w:rPr>
          <w:lang w:val="nb-NO"/>
        </w:rPr>
        <w:t>09:1</w:t>
      </w:r>
      <w:r w:rsidR="005802D8" w:rsidRPr="001210C9">
        <w:rPr>
          <w:lang w:val="nb-NO"/>
        </w:rPr>
        <w:t>0</w:t>
      </w:r>
      <w:r w:rsidR="00D77D81" w:rsidRPr="00F97C11">
        <w:rPr>
          <w:lang w:val="nb-NO"/>
        </w:rPr>
        <w:t>–</w:t>
      </w:r>
      <w:r w:rsidRPr="001210C9">
        <w:rPr>
          <w:lang w:val="nb-NO"/>
        </w:rPr>
        <w:t>09:4</w:t>
      </w:r>
      <w:r w:rsidR="005802D8" w:rsidRPr="001210C9">
        <w:rPr>
          <w:lang w:val="nb-NO"/>
        </w:rPr>
        <w:t>0</w:t>
      </w:r>
      <w:r w:rsidRPr="001210C9">
        <w:rPr>
          <w:lang w:val="nb-NO"/>
        </w:rPr>
        <w:t xml:space="preserve"> </w:t>
      </w:r>
      <w:r w:rsidR="000E284E" w:rsidRPr="001210C9">
        <w:rPr>
          <w:lang w:val="nb-NO"/>
        </w:rPr>
        <w:t>Hv</w:t>
      </w:r>
      <w:r w:rsidR="0056330D" w:rsidRPr="001210C9">
        <w:rPr>
          <w:lang w:val="nb-NO"/>
        </w:rPr>
        <w:t>a er aldring og hv</w:t>
      </w:r>
      <w:r w:rsidR="000E284E" w:rsidRPr="001210C9">
        <w:rPr>
          <w:lang w:val="nb-NO"/>
        </w:rPr>
        <w:t>em blir gamle?</w:t>
      </w:r>
      <w:r w:rsidR="000E284E" w:rsidRPr="000E284E">
        <w:rPr>
          <w:b/>
          <w:bCs/>
          <w:lang w:val="nb-NO"/>
        </w:rPr>
        <w:t xml:space="preserve"> </w:t>
      </w:r>
      <w:r w:rsidR="001210C9" w:rsidRPr="001210C9">
        <w:rPr>
          <w:lang w:val="nb-NO"/>
        </w:rPr>
        <w:t xml:space="preserve">Professor </w:t>
      </w:r>
      <w:r w:rsidR="000E284E" w:rsidRPr="001210C9">
        <w:rPr>
          <w:lang w:val="nb-NO"/>
        </w:rPr>
        <w:t>Karin Modig,</w:t>
      </w:r>
      <w:r w:rsidR="000E284E">
        <w:rPr>
          <w:b/>
          <w:bCs/>
          <w:lang w:val="nb-NO"/>
        </w:rPr>
        <w:t xml:space="preserve"> </w:t>
      </w:r>
      <w:r w:rsidR="000E284E">
        <w:rPr>
          <w:lang w:val="nb-NO"/>
        </w:rPr>
        <w:t xml:space="preserve">Karolinska </w:t>
      </w:r>
      <w:proofErr w:type="spellStart"/>
      <w:r w:rsidR="000E284E">
        <w:rPr>
          <w:lang w:val="nb-NO"/>
        </w:rPr>
        <w:t>Inst</w:t>
      </w:r>
      <w:r w:rsidR="00991C03">
        <w:rPr>
          <w:lang w:val="nb-NO"/>
        </w:rPr>
        <w:t>itutet</w:t>
      </w:r>
      <w:proofErr w:type="spellEnd"/>
      <w:r w:rsidR="000E284E">
        <w:rPr>
          <w:lang w:val="nb-NO"/>
        </w:rPr>
        <w:t xml:space="preserve">  </w:t>
      </w:r>
    </w:p>
    <w:p w14:paraId="3A14EC07" w14:textId="77777777" w:rsidR="00F10CB6" w:rsidRDefault="00F10CB6" w:rsidP="00D77D81">
      <w:pPr>
        <w:spacing w:after="160" w:line="240" w:lineRule="auto"/>
        <w:rPr>
          <w:b/>
          <w:bCs/>
          <w:u w:val="single"/>
          <w:lang w:val="nb-NO"/>
        </w:rPr>
      </w:pPr>
    </w:p>
    <w:p w14:paraId="5C2BED20" w14:textId="31699B9F" w:rsidR="00F97C11" w:rsidRPr="00F10CB6" w:rsidRDefault="00F97C11" w:rsidP="00D77D81">
      <w:pPr>
        <w:spacing w:after="160" w:line="240" w:lineRule="auto"/>
        <w:rPr>
          <w:b/>
          <w:bCs/>
          <w:u w:val="single"/>
          <w:lang w:val="nb-NO"/>
        </w:rPr>
      </w:pPr>
      <w:r w:rsidRPr="00F10CB6">
        <w:rPr>
          <w:b/>
          <w:bCs/>
          <w:u w:val="single"/>
          <w:lang w:val="nb-NO"/>
        </w:rPr>
        <w:t xml:space="preserve">Biologiske aldringsmekanismer </w:t>
      </w:r>
    </w:p>
    <w:p w14:paraId="0904D838" w14:textId="613D5D1F" w:rsidR="0098213A" w:rsidRDefault="00601B87" w:rsidP="00D77D81">
      <w:pPr>
        <w:spacing w:after="160" w:line="240" w:lineRule="auto"/>
        <w:rPr>
          <w:lang w:val="nb-NO"/>
        </w:rPr>
      </w:pPr>
      <w:r>
        <w:rPr>
          <w:lang w:val="nb-NO"/>
        </w:rPr>
        <w:t>09:4</w:t>
      </w:r>
      <w:r w:rsidR="005802D8">
        <w:rPr>
          <w:lang w:val="nb-NO"/>
        </w:rPr>
        <w:t>0</w:t>
      </w:r>
      <w:r w:rsidR="00D77D81" w:rsidRPr="00F97C11">
        <w:rPr>
          <w:lang w:val="nb-NO"/>
        </w:rPr>
        <w:t>–</w:t>
      </w:r>
      <w:r w:rsidR="0035522B">
        <w:rPr>
          <w:lang w:val="nb-NO"/>
        </w:rPr>
        <w:t>09</w:t>
      </w:r>
      <w:r>
        <w:rPr>
          <w:lang w:val="nb-NO"/>
        </w:rPr>
        <w:t>:</w:t>
      </w:r>
      <w:r w:rsidR="0035522B">
        <w:rPr>
          <w:lang w:val="nb-NO"/>
        </w:rPr>
        <w:t>55</w:t>
      </w:r>
      <w:r>
        <w:rPr>
          <w:lang w:val="nb-NO"/>
        </w:rPr>
        <w:t xml:space="preserve"> </w:t>
      </w:r>
      <w:r w:rsidR="0098213A">
        <w:rPr>
          <w:lang w:val="nb-NO"/>
        </w:rPr>
        <w:t>Generelle biologiske mekanismer</w:t>
      </w:r>
      <w:r w:rsidR="00C26E7C">
        <w:rPr>
          <w:lang w:val="nb-NO"/>
        </w:rPr>
        <w:t xml:space="preserve"> for aldring</w:t>
      </w:r>
      <w:r w:rsidR="00331C1C">
        <w:rPr>
          <w:lang w:val="nb-NO"/>
        </w:rPr>
        <w:t xml:space="preserve"> og m</w:t>
      </w:r>
      <w:r w:rsidR="00331C1C" w:rsidRPr="00331C1C">
        <w:rPr>
          <w:lang w:val="nb-NO"/>
        </w:rPr>
        <w:t>itokondrier i aldringsprosessen</w:t>
      </w:r>
      <w:r w:rsidR="00331C1C">
        <w:rPr>
          <w:lang w:val="nb-NO"/>
        </w:rPr>
        <w:t xml:space="preserve">, </w:t>
      </w:r>
      <w:r w:rsidR="00C21002">
        <w:rPr>
          <w:lang w:val="nb-NO"/>
        </w:rPr>
        <w:t>P</w:t>
      </w:r>
      <w:r w:rsidR="00331C1C">
        <w:rPr>
          <w:lang w:val="nb-NO"/>
        </w:rPr>
        <w:t xml:space="preserve">rofessor </w:t>
      </w:r>
      <w:r w:rsidR="00331C1C" w:rsidRPr="00331C1C">
        <w:rPr>
          <w:lang w:val="nb-NO"/>
        </w:rPr>
        <w:t xml:space="preserve">Hilde L. Nilsen, </w:t>
      </w:r>
      <w:r w:rsidR="00567FC0" w:rsidRPr="00331C1C">
        <w:rPr>
          <w:lang w:val="nb-NO"/>
        </w:rPr>
        <w:t>UiO</w:t>
      </w:r>
      <w:r w:rsidR="00567FC0">
        <w:rPr>
          <w:lang w:val="nb-NO"/>
        </w:rPr>
        <w:t xml:space="preserve"> </w:t>
      </w:r>
    </w:p>
    <w:p w14:paraId="69EF1013" w14:textId="64EBEF5C" w:rsidR="00C26E7C" w:rsidRDefault="0035522B" w:rsidP="00D77D81">
      <w:pPr>
        <w:spacing w:after="160" w:line="240" w:lineRule="auto"/>
        <w:rPr>
          <w:lang w:val="nb-NO"/>
        </w:rPr>
      </w:pPr>
      <w:r>
        <w:rPr>
          <w:lang w:val="nb-NO"/>
        </w:rPr>
        <w:t>09</w:t>
      </w:r>
      <w:r w:rsidR="00B40C04">
        <w:rPr>
          <w:lang w:val="nb-NO"/>
        </w:rPr>
        <w:t>:</w:t>
      </w:r>
      <w:r>
        <w:rPr>
          <w:lang w:val="nb-NO"/>
        </w:rPr>
        <w:t>55</w:t>
      </w:r>
      <w:r w:rsidR="00D77D81" w:rsidRPr="00F97C11">
        <w:rPr>
          <w:lang w:val="nb-NO"/>
        </w:rPr>
        <w:t>–</w:t>
      </w:r>
      <w:r w:rsidR="00245491">
        <w:rPr>
          <w:lang w:val="nb-NO"/>
        </w:rPr>
        <w:t>10:</w:t>
      </w:r>
      <w:r w:rsidR="005802D8">
        <w:rPr>
          <w:lang w:val="nb-NO"/>
        </w:rPr>
        <w:t>1</w:t>
      </w:r>
      <w:r>
        <w:rPr>
          <w:lang w:val="nb-NO"/>
        </w:rPr>
        <w:t>0</w:t>
      </w:r>
      <w:r w:rsidR="00245491">
        <w:rPr>
          <w:lang w:val="nb-NO"/>
        </w:rPr>
        <w:t xml:space="preserve"> </w:t>
      </w:r>
      <w:r w:rsidR="00C26E7C">
        <w:rPr>
          <w:lang w:val="nb-NO"/>
        </w:rPr>
        <w:t xml:space="preserve">Arvelighet: Genetikk/Epigenetikk, </w:t>
      </w:r>
      <w:r w:rsidR="00C21002">
        <w:rPr>
          <w:lang w:val="nb-NO"/>
        </w:rPr>
        <w:t>P</w:t>
      </w:r>
      <w:r w:rsidR="00B40C04">
        <w:rPr>
          <w:lang w:val="nb-NO"/>
        </w:rPr>
        <w:t xml:space="preserve">rofessor </w:t>
      </w:r>
      <w:r w:rsidR="00331C1C">
        <w:rPr>
          <w:lang w:val="nb-NO"/>
        </w:rPr>
        <w:t>Per Magnus</w:t>
      </w:r>
      <w:r w:rsidR="00B40C04">
        <w:rPr>
          <w:lang w:val="nb-NO"/>
        </w:rPr>
        <w:t>, UiO/</w:t>
      </w:r>
      <w:proofErr w:type="spellStart"/>
      <w:r w:rsidR="00B40C04">
        <w:rPr>
          <w:lang w:val="nb-NO"/>
        </w:rPr>
        <w:t>Fhi</w:t>
      </w:r>
      <w:proofErr w:type="spellEnd"/>
      <w:r w:rsidR="00375833">
        <w:rPr>
          <w:lang w:val="nb-NO"/>
        </w:rPr>
        <w:t xml:space="preserve"> </w:t>
      </w:r>
    </w:p>
    <w:p w14:paraId="5CD729E6" w14:textId="292891AA" w:rsidR="00F97C11" w:rsidRPr="00D40A2F" w:rsidRDefault="002B05AB" w:rsidP="00D77D81">
      <w:pPr>
        <w:spacing w:after="160" w:line="240" w:lineRule="auto"/>
        <w:rPr>
          <w:lang w:val="nb-NO"/>
        </w:rPr>
      </w:pPr>
      <w:r>
        <w:rPr>
          <w:lang w:val="nb-NO"/>
        </w:rPr>
        <w:t>10:</w:t>
      </w:r>
      <w:r w:rsidR="005802D8">
        <w:rPr>
          <w:lang w:val="nb-NO"/>
        </w:rPr>
        <w:t>1</w:t>
      </w:r>
      <w:r w:rsidR="0035522B">
        <w:rPr>
          <w:lang w:val="nb-NO"/>
        </w:rPr>
        <w:t>0</w:t>
      </w:r>
      <w:r w:rsidR="00D77D81" w:rsidRPr="00F97C11">
        <w:rPr>
          <w:lang w:val="nb-NO"/>
        </w:rPr>
        <w:t>–</w:t>
      </w:r>
      <w:r w:rsidR="0052628A">
        <w:rPr>
          <w:lang w:val="nb-NO"/>
        </w:rPr>
        <w:t>10:</w:t>
      </w:r>
      <w:r w:rsidR="0035522B">
        <w:rPr>
          <w:lang w:val="nb-NO"/>
        </w:rPr>
        <w:t>25</w:t>
      </w:r>
      <w:r w:rsidR="0052628A">
        <w:rPr>
          <w:lang w:val="nb-NO"/>
        </w:rPr>
        <w:t xml:space="preserve"> </w:t>
      </w:r>
      <w:proofErr w:type="spellStart"/>
      <w:r w:rsidR="00245491">
        <w:rPr>
          <w:lang w:val="nb-NO"/>
        </w:rPr>
        <w:t>Te</w:t>
      </w:r>
      <w:r w:rsidR="00A15254">
        <w:rPr>
          <w:lang w:val="nb-NO"/>
        </w:rPr>
        <w:t>lomer</w:t>
      </w:r>
      <w:r w:rsidR="00334891">
        <w:rPr>
          <w:lang w:val="nb-NO"/>
        </w:rPr>
        <w:t>lengde</w:t>
      </w:r>
      <w:proofErr w:type="spellEnd"/>
      <w:r w:rsidR="00440F13">
        <w:rPr>
          <w:lang w:val="nb-NO"/>
        </w:rPr>
        <w:t xml:space="preserve"> – aldring i </w:t>
      </w:r>
      <w:r w:rsidR="00A15254">
        <w:rPr>
          <w:lang w:val="nb-NO"/>
        </w:rPr>
        <w:t>hjerte-karsy</w:t>
      </w:r>
      <w:r w:rsidR="00440F13">
        <w:rPr>
          <w:lang w:val="nb-NO"/>
        </w:rPr>
        <w:t>stemet</w:t>
      </w:r>
      <w:r>
        <w:rPr>
          <w:lang w:val="nb-NO"/>
        </w:rPr>
        <w:t xml:space="preserve">, </w:t>
      </w:r>
      <w:r w:rsidR="001210C9">
        <w:rPr>
          <w:lang w:val="nb-NO"/>
        </w:rPr>
        <w:t xml:space="preserve">Forsker </w:t>
      </w:r>
      <w:r w:rsidR="00CD077C" w:rsidRPr="001210C9">
        <w:rPr>
          <w:lang w:val="nb-NO"/>
        </w:rPr>
        <w:t xml:space="preserve">Trine </w:t>
      </w:r>
      <w:proofErr w:type="spellStart"/>
      <w:r w:rsidR="00CD077C" w:rsidRPr="001210C9">
        <w:rPr>
          <w:lang w:val="nb-NO"/>
        </w:rPr>
        <w:t>Bau</w:t>
      </w:r>
      <w:r w:rsidR="004024BE" w:rsidRPr="001210C9">
        <w:rPr>
          <w:lang w:val="nb-NO"/>
        </w:rPr>
        <w:t>r</w:t>
      </w:r>
      <w:proofErr w:type="spellEnd"/>
      <w:r w:rsidR="00CD077C" w:rsidRPr="001210C9">
        <w:rPr>
          <w:lang w:val="nb-NO"/>
        </w:rPr>
        <w:t xml:space="preserve"> Opstad</w:t>
      </w:r>
      <w:r w:rsidR="00F97C11" w:rsidRPr="001210C9">
        <w:rPr>
          <w:lang w:val="nb-NO"/>
        </w:rPr>
        <w:t>,</w:t>
      </w:r>
      <w:r w:rsidR="00AB5A87">
        <w:rPr>
          <w:lang w:val="nb-NO"/>
        </w:rPr>
        <w:t xml:space="preserve"> UiO</w:t>
      </w:r>
      <w:r w:rsidR="00375833">
        <w:rPr>
          <w:lang w:val="nb-NO"/>
        </w:rPr>
        <w:t xml:space="preserve"> </w:t>
      </w:r>
    </w:p>
    <w:p w14:paraId="145A5314" w14:textId="69930F6E" w:rsidR="00F97C11" w:rsidRPr="00D40A2F" w:rsidRDefault="00484A4F" w:rsidP="00D77D81">
      <w:pPr>
        <w:spacing w:after="160" w:line="240" w:lineRule="auto"/>
        <w:rPr>
          <w:lang w:val="nb-NO"/>
        </w:rPr>
      </w:pPr>
      <w:r w:rsidRPr="0052628A">
        <w:rPr>
          <w:lang w:val="nb-NO"/>
        </w:rPr>
        <w:t>10:</w:t>
      </w:r>
      <w:r w:rsidR="0035522B">
        <w:rPr>
          <w:lang w:val="nb-NO"/>
        </w:rPr>
        <w:t>25</w:t>
      </w:r>
      <w:r w:rsidR="00D77D81" w:rsidRPr="00F97C11">
        <w:rPr>
          <w:lang w:val="nb-NO"/>
        </w:rPr>
        <w:t>–</w:t>
      </w:r>
      <w:r w:rsidRPr="0052628A">
        <w:rPr>
          <w:lang w:val="nb-NO"/>
        </w:rPr>
        <w:t>10:</w:t>
      </w:r>
      <w:r w:rsidR="0035522B">
        <w:rPr>
          <w:lang w:val="nb-NO"/>
        </w:rPr>
        <w:t>4</w:t>
      </w:r>
      <w:r w:rsidR="00917C11">
        <w:rPr>
          <w:lang w:val="nb-NO"/>
        </w:rPr>
        <w:t>0</w:t>
      </w:r>
      <w:r w:rsidR="00F97C11" w:rsidRPr="0052628A">
        <w:rPr>
          <w:lang w:val="nb-NO"/>
        </w:rPr>
        <w:t xml:space="preserve"> </w:t>
      </w:r>
      <w:r w:rsidR="007C0AD4">
        <w:rPr>
          <w:lang w:val="nb-NO"/>
        </w:rPr>
        <w:t>Hvordan påvirkes i</w:t>
      </w:r>
      <w:r w:rsidR="0052628A" w:rsidRPr="0052628A">
        <w:rPr>
          <w:lang w:val="nb-NO"/>
        </w:rPr>
        <w:t>mmunsystemet ved aldring</w:t>
      </w:r>
      <w:r w:rsidR="007C0AD4">
        <w:rPr>
          <w:lang w:val="nb-NO"/>
        </w:rPr>
        <w:t xml:space="preserve">, </w:t>
      </w:r>
      <w:r w:rsidR="00C21002">
        <w:rPr>
          <w:lang w:val="nb-NO"/>
        </w:rPr>
        <w:t>P</w:t>
      </w:r>
      <w:r w:rsidR="007C0AD4">
        <w:rPr>
          <w:lang w:val="nb-NO"/>
        </w:rPr>
        <w:t xml:space="preserve">rofessor </w:t>
      </w:r>
      <w:r w:rsidR="00CD077C" w:rsidRPr="000411A7">
        <w:rPr>
          <w:lang w:val="nb-NO"/>
        </w:rPr>
        <w:t xml:space="preserve">Anne </w:t>
      </w:r>
      <w:proofErr w:type="spellStart"/>
      <w:r w:rsidR="00CD077C" w:rsidRPr="000411A7">
        <w:rPr>
          <w:lang w:val="nb-NO"/>
        </w:rPr>
        <w:t>Spurkland</w:t>
      </w:r>
      <w:proofErr w:type="spellEnd"/>
      <w:r w:rsidR="00F97C11" w:rsidRPr="000411A7">
        <w:rPr>
          <w:lang w:val="nb-NO"/>
        </w:rPr>
        <w:t xml:space="preserve">, </w:t>
      </w:r>
      <w:r w:rsidR="00CD077C">
        <w:rPr>
          <w:lang w:val="nb-NO"/>
        </w:rPr>
        <w:t>UiO</w:t>
      </w:r>
      <w:r w:rsidR="00952340">
        <w:rPr>
          <w:lang w:val="nb-NO"/>
        </w:rPr>
        <w:t xml:space="preserve"> </w:t>
      </w:r>
    </w:p>
    <w:p w14:paraId="1166B12C" w14:textId="77777777" w:rsidR="00A86BAA" w:rsidRPr="009B408B" w:rsidRDefault="00A86BAA" w:rsidP="00D77D81">
      <w:pPr>
        <w:spacing w:after="160" w:line="240" w:lineRule="auto"/>
        <w:rPr>
          <w:b/>
          <w:bCs/>
          <w:lang w:val="nb-NO"/>
        </w:rPr>
      </w:pPr>
    </w:p>
    <w:p w14:paraId="05EED830" w14:textId="79868CD3" w:rsidR="00484A4F" w:rsidRPr="00D40A2F" w:rsidRDefault="00484A4F" w:rsidP="00D77D81">
      <w:pPr>
        <w:spacing w:after="160" w:line="240" w:lineRule="auto"/>
        <w:rPr>
          <w:b/>
          <w:bCs/>
          <w:lang w:val="nb-NO"/>
        </w:rPr>
      </w:pPr>
      <w:r w:rsidRPr="00D40A2F">
        <w:rPr>
          <w:b/>
          <w:bCs/>
          <w:lang w:val="nb-NO"/>
        </w:rPr>
        <w:t>1</w:t>
      </w:r>
      <w:r w:rsidR="00C04301">
        <w:rPr>
          <w:b/>
          <w:bCs/>
          <w:lang w:val="nb-NO"/>
        </w:rPr>
        <w:t>0</w:t>
      </w:r>
      <w:r w:rsidRPr="00D40A2F">
        <w:rPr>
          <w:b/>
          <w:bCs/>
          <w:lang w:val="nb-NO"/>
        </w:rPr>
        <w:t>:</w:t>
      </w:r>
      <w:r w:rsidR="00644390">
        <w:rPr>
          <w:b/>
          <w:bCs/>
          <w:lang w:val="nb-NO"/>
        </w:rPr>
        <w:t>4</w:t>
      </w:r>
      <w:r w:rsidR="00917C11">
        <w:rPr>
          <w:b/>
          <w:bCs/>
          <w:lang w:val="nb-NO"/>
        </w:rPr>
        <w:t>0</w:t>
      </w:r>
      <w:r w:rsidR="00D77D81">
        <w:rPr>
          <w:b/>
          <w:bCs/>
          <w:lang w:val="nb-NO"/>
        </w:rPr>
        <w:t>–</w:t>
      </w:r>
      <w:r w:rsidR="00BA799D" w:rsidRPr="00D40A2F">
        <w:rPr>
          <w:b/>
          <w:bCs/>
          <w:lang w:val="nb-NO"/>
        </w:rPr>
        <w:t>1</w:t>
      </w:r>
      <w:r w:rsidR="00917C11">
        <w:rPr>
          <w:b/>
          <w:bCs/>
          <w:lang w:val="nb-NO"/>
        </w:rPr>
        <w:t>0</w:t>
      </w:r>
      <w:r w:rsidR="00BA799D" w:rsidRPr="00D40A2F">
        <w:rPr>
          <w:b/>
          <w:bCs/>
          <w:lang w:val="nb-NO"/>
        </w:rPr>
        <w:t>:</w:t>
      </w:r>
      <w:r w:rsidR="00917C11">
        <w:rPr>
          <w:b/>
          <w:bCs/>
          <w:lang w:val="nb-NO"/>
        </w:rPr>
        <w:t>55</w:t>
      </w:r>
      <w:r w:rsidR="00BA799D">
        <w:rPr>
          <w:b/>
          <w:bCs/>
          <w:lang w:val="nb-NO"/>
        </w:rPr>
        <w:t xml:space="preserve"> </w:t>
      </w:r>
      <w:r w:rsidRPr="00D40A2F">
        <w:rPr>
          <w:b/>
          <w:bCs/>
          <w:lang w:val="nb-NO"/>
        </w:rPr>
        <w:t>Diskusjon</w:t>
      </w:r>
      <w:r w:rsidR="009B408B">
        <w:rPr>
          <w:b/>
          <w:bCs/>
          <w:lang w:val="nb-NO"/>
        </w:rPr>
        <w:t xml:space="preserve"> </w:t>
      </w:r>
    </w:p>
    <w:p w14:paraId="32D7FA09" w14:textId="77777777" w:rsidR="002B587A" w:rsidRDefault="002B587A" w:rsidP="005764FA">
      <w:pPr>
        <w:spacing w:after="160" w:line="278" w:lineRule="auto"/>
        <w:rPr>
          <w:b/>
          <w:bCs/>
          <w:lang w:val="nb-NO"/>
        </w:rPr>
      </w:pPr>
    </w:p>
    <w:p w14:paraId="71DC8721" w14:textId="362C9D5D" w:rsidR="00F97C11" w:rsidRDefault="00484A4F" w:rsidP="005764FA">
      <w:pPr>
        <w:spacing w:after="160" w:line="278" w:lineRule="auto"/>
        <w:rPr>
          <w:b/>
          <w:bCs/>
          <w:lang w:val="nb-NO"/>
        </w:rPr>
      </w:pPr>
      <w:r w:rsidRPr="00D40A2F">
        <w:rPr>
          <w:b/>
          <w:bCs/>
          <w:lang w:val="nb-NO"/>
        </w:rPr>
        <w:t>1</w:t>
      </w:r>
      <w:r w:rsidR="00917C11">
        <w:rPr>
          <w:b/>
          <w:bCs/>
          <w:lang w:val="nb-NO"/>
        </w:rPr>
        <w:t>0</w:t>
      </w:r>
      <w:r w:rsidRPr="00D40A2F">
        <w:rPr>
          <w:b/>
          <w:bCs/>
          <w:lang w:val="nb-NO"/>
        </w:rPr>
        <w:t>:</w:t>
      </w:r>
      <w:r w:rsidR="00917C11">
        <w:rPr>
          <w:b/>
          <w:bCs/>
          <w:lang w:val="nb-NO"/>
        </w:rPr>
        <w:t>55</w:t>
      </w:r>
      <w:r w:rsidR="00D77D81">
        <w:rPr>
          <w:b/>
          <w:bCs/>
          <w:lang w:val="nb-NO"/>
        </w:rPr>
        <w:t>–</w:t>
      </w:r>
      <w:r w:rsidRPr="00D40A2F">
        <w:rPr>
          <w:b/>
          <w:bCs/>
          <w:lang w:val="nb-NO"/>
        </w:rPr>
        <w:t>11:</w:t>
      </w:r>
      <w:r w:rsidR="00917C11">
        <w:rPr>
          <w:b/>
          <w:bCs/>
          <w:lang w:val="nb-NO"/>
        </w:rPr>
        <w:t>25</w:t>
      </w:r>
      <w:r w:rsidRPr="00D40A2F">
        <w:rPr>
          <w:b/>
          <w:bCs/>
          <w:lang w:val="nb-NO"/>
        </w:rPr>
        <w:t xml:space="preserve"> Pause</w:t>
      </w:r>
      <w:r w:rsidR="007174EF" w:rsidRPr="00D40A2F">
        <w:rPr>
          <w:b/>
          <w:bCs/>
          <w:lang w:val="nb-NO"/>
        </w:rPr>
        <w:t xml:space="preserve"> med forfriskninger</w:t>
      </w:r>
    </w:p>
    <w:p w14:paraId="2C8FAD06" w14:textId="77777777" w:rsidR="005764FA" w:rsidRPr="00AB5A87" w:rsidRDefault="005764FA" w:rsidP="005764FA">
      <w:pPr>
        <w:spacing w:after="160" w:line="278" w:lineRule="auto"/>
        <w:rPr>
          <w:lang w:val="nb-NO"/>
        </w:rPr>
      </w:pPr>
    </w:p>
    <w:p w14:paraId="3438F3FA" w14:textId="0F450F8F" w:rsidR="00F97C11" w:rsidRPr="00D77D81" w:rsidRDefault="00FA1967" w:rsidP="00F97C11">
      <w:pPr>
        <w:rPr>
          <w:b/>
          <w:bCs/>
          <w:lang w:val="nb-NO"/>
        </w:rPr>
      </w:pPr>
      <w:r w:rsidRPr="00D77D81">
        <w:rPr>
          <w:b/>
          <w:bCs/>
          <w:lang w:val="nb-NO"/>
        </w:rPr>
        <w:t>Samfunn, miljø, livsstil og forebygging</w:t>
      </w:r>
      <w:r w:rsidR="002A7D63" w:rsidRPr="00D77D81">
        <w:rPr>
          <w:b/>
          <w:bCs/>
          <w:lang w:val="nb-NO"/>
        </w:rPr>
        <w:t xml:space="preserve"> – del </w:t>
      </w:r>
      <w:r w:rsidR="00CA306F" w:rsidRPr="00D77D81">
        <w:rPr>
          <w:b/>
          <w:bCs/>
          <w:lang w:val="nb-NO"/>
        </w:rPr>
        <w:t>1</w:t>
      </w:r>
    </w:p>
    <w:p w14:paraId="09E832D3" w14:textId="6F5368D4" w:rsidR="00917C11" w:rsidRPr="0097584C" w:rsidRDefault="00917C11" w:rsidP="00CA306F">
      <w:pPr>
        <w:spacing w:after="160" w:line="278" w:lineRule="auto"/>
        <w:rPr>
          <w:lang w:val="nb-NO"/>
        </w:rPr>
      </w:pPr>
      <w:r>
        <w:rPr>
          <w:lang w:val="nb-NO"/>
        </w:rPr>
        <w:lastRenderedPageBreak/>
        <w:t xml:space="preserve">11:25-11:40 Hudens aldring. </w:t>
      </w:r>
      <w:r w:rsidRPr="0097584C">
        <w:rPr>
          <w:lang w:val="nb-NO"/>
        </w:rPr>
        <w:t>Overlege Jan Øyvind Holm, OUS.</w:t>
      </w:r>
    </w:p>
    <w:p w14:paraId="47468A17" w14:textId="689DD458" w:rsidR="00CA306F" w:rsidRPr="00D40A2F" w:rsidRDefault="00CA306F" w:rsidP="00CA306F">
      <w:pPr>
        <w:spacing w:after="160" w:line="278" w:lineRule="auto"/>
        <w:rPr>
          <w:lang w:val="nb-NO"/>
        </w:rPr>
      </w:pPr>
      <w:r>
        <w:rPr>
          <w:lang w:val="nb-NO"/>
        </w:rPr>
        <w:t>1</w:t>
      </w:r>
      <w:r w:rsidR="00227EF5">
        <w:rPr>
          <w:lang w:val="nb-NO"/>
        </w:rPr>
        <w:t>1</w:t>
      </w:r>
      <w:r>
        <w:rPr>
          <w:lang w:val="nb-NO"/>
        </w:rPr>
        <w:t>:</w:t>
      </w:r>
      <w:r w:rsidR="00F24188">
        <w:rPr>
          <w:lang w:val="nb-NO"/>
        </w:rPr>
        <w:t>40</w:t>
      </w:r>
      <w:r w:rsidR="00D77D81" w:rsidRPr="00F97C11">
        <w:rPr>
          <w:lang w:val="nb-NO"/>
        </w:rPr>
        <w:t>–</w:t>
      </w:r>
      <w:r w:rsidR="000E41C7">
        <w:rPr>
          <w:lang w:val="nb-NO"/>
        </w:rPr>
        <w:t>11:5</w:t>
      </w:r>
      <w:r w:rsidR="00F24188">
        <w:rPr>
          <w:lang w:val="nb-NO"/>
        </w:rPr>
        <w:t>5</w:t>
      </w:r>
      <w:r>
        <w:rPr>
          <w:lang w:val="nb-NO"/>
        </w:rPr>
        <w:t xml:space="preserve"> Basale aldringsmekanismer og samspill med</w:t>
      </w:r>
      <w:r w:rsidRPr="009B21E8">
        <w:rPr>
          <w:lang w:val="nb-NO"/>
        </w:rPr>
        <w:t xml:space="preserve"> miljø</w:t>
      </w:r>
      <w:r>
        <w:rPr>
          <w:lang w:val="nb-NO"/>
        </w:rPr>
        <w:t xml:space="preserve">, Forsker Sofie </w:t>
      </w:r>
      <w:proofErr w:type="spellStart"/>
      <w:r>
        <w:rPr>
          <w:lang w:val="nb-NO"/>
        </w:rPr>
        <w:t>Lautrup</w:t>
      </w:r>
      <w:proofErr w:type="spellEnd"/>
      <w:r>
        <w:rPr>
          <w:lang w:val="nb-NO"/>
        </w:rPr>
        <w:t>,</w:t>
      </w:r>
      <w:r w:rsidR="00C2364B">
        <w:rPr>
          <w:lang w:val="nb-NO"/>
        </w:rPr>
        <w:t xml:space="preserve"> UiO</w:t>
      </w:r>
      <w:r>
        <w:rPr>
          <w:lang w:val="nb-NO"/>
        </w:rPr>
        <w:t xml:space="preserve"> </w:t>
      </w:r>
    </w:p>
    <w:p w14:paraId="782C60A1" w14:textId="4468C768" w:rsidR="00CA306F" w:rsidRDefault="00CA306F" w:rsidP="00CA306F">
      <w:pPr>
        <w:rPr>
          <w:lang w:val="nb-NO"/>
        </w:rPr>
      </w:pPr>
      <w:r>
        <w:rPr>
          <w:lang w:val="nb-NO"/>
        </w:rPr>
        <w:t>1</w:t>
      </w:r>
      <w:r w:rsidR="00014D5B">
        <w:rPr>
          <w:lang w:val="nb-NO"/>
        </w:rPr>
        <w:t>1</w:t>
      </w:r>
      <w:r>
        <w:rPr>
          <w:lang w:val="nb-NO"/>
        </w:rPr>
        <w:t>:</w:t>
      </w:r>
      <w:r w:rsidR="00014D5B">
        <w:rPr>
          <w:lang w:val="nb-NO"/>
        </w:rPr>
        <w:t>5</w:t>
      </w:r>
      <w:r w:rsidR="00F24188">
        <w:rPr>
          <w:lang w:val="nb-NO"/>
        </w:rPr>
        <w:t>5</w:t>
      </w:r>
      <w:r w:rsidR="00D77D81" w:rsidRPr="00F97C11">
        <w:rPr>
          <w:lang w:val="nb-NO"/>
        </w:rPr>
        <w:t>–</w:t>
      </w:r>
      <w:r>
        <w:rPr>
          <w:lang w:val="nb-NO"/>
        </w:rPr>
        <w:t>1</w:t>
      </w:r>
      <w:r w:rsidR="00014D5B">
        <w:rPr>
          <w:lang w:val="nb-NO"/>
        </w:rPr>
        <w:t>2</w:t>
      </w:r>
      <w:r>
        <w:rPr>
          <w:lang w:val="nb-NO"/>
        </w:rPr>
        <w:t>:</w:t>
      </w:r>
      <w:r w:rsidR="00F24188">
        <w:rPr>
          <w:lang w:val="nb-NO"/>
        </w:rPr>
        <w:t>10</w:t>
      </w:r>
      <w:r>
        <w:rPr>
          <w:lang w:val="nb-NO"/>
        </w:rPr>
        <w:t xml:space="preserve"> Hvordan kan miljøgifter og l</w:t>
      </w:r>
      <w:r w:rsidRPr="005B788B">
        <w:rPr>
          <w:lang w:val="nb-NO"/>
        </w:rPr>
        <w:t>uftforurensning</w:t>
      </w:r>
      <w:r>
        <w:rPr>
          <w:lang w:val="nb-NO"/>
        </w:rPr>
        <w:t xml:space="preserve"> påvirke </w:t>
      </w:r>
      <w:r w:rsidRPr="005B788B">
        <w:rPr>
          <w:lang w:val="nb-NO"/>
        </w:rPr>
        <w:t>aldring</w:t>
      </w:r>
      <w:r>
        <w:rPr>
          <w:lang w:val="nb-NO"/>
        </w:rPr>
        <w:t>, har klimaendringer betydning?</w:t>
      </w:r>
      <w:r w:rsidRPr="005B788B">
        <w:rPr>
          <w:lang w:val="nb-NO"/>
        </w:rPr>
        <w:t xml:space="preserve"> </w:t>
      </w:r>
      <w:r w:rsidR="00C2364B">
        <w:rPr>
          <w:lang w:val="nb-NO"/>
        </w:rPr>
        <w:t>P</w:t>
      </w:r>
      <w:r w:rsidRPr="005B788B">
        <w:rPr>
          <w:lang w:val="nb-NO"/>
        </w:rPr>
        <w:t>rofessor Jan Alexander, F</w:t>
      </w:r>
      <w:r w:rsidR="001911E5">
        <w:rPr>
          <w:lang w:val="nb-NO"/>
        </w:rPr>
        <w:t>HI</w:t>
      </w:r>
    </w:p>
    <w:p w14:paraId="2D4C5B8E" w14:textId="6652A8E7" w:rsidR="00644390" w:rsidRPr="009B408B" w:rsidRDefault="00CA306F" w:rsidP="00644390">
      <w:pPr>
        <w:spacing w:after="160" w:line="240" w:lineRule="auto"/>
        <w:rPr>
          <w:lang w:val="nb-NO"/>
        </w:rPr>
      </w:pPr>
      <w:r w:rsidRPr="00522820">
        <w:rPr>
          <w:lang w:val="nb-NO"/>
        </w:rPr>
        <w:t>1</w:t>
      </w:r>
      <w:r w:rsidR="00014D5B" w:rsidRPr="00522820">
        <w:rPr>
          <w:lang w:val="nb-NO"/>
        </w:rPr>
        <w:t>2</w:t>
      </w:r>
      <w:r w:rsidRPr="00522820">
        <w:rPr>
          <w:lang w:val="nb-NO"/>
        </w:rPr>
        <w:t>:</w:t>
      </w:r>
      <w:r w:rsidR="00F24188" w:rsidRPr="00522820">
        <w:rPr>
          <w:lang w:val="nb-NO"/>
        </w:rPr>
        <w:t>10</w:t>
      </w:r>
      <w:r w:rsidR="00D77D81" w:rsidRPr="00F97C11">
        <w:rPr>
          <w:lang w:val="nb-NO"/>
        </w:rPr>
        <w:t>–</w:t>
      </w:r>
      <w:r w:rsidRPr="00522820">
        <w:rPr>
          <w:lang w:val="nb-NO"/>
        </w:rPr>
        <w:t>1</w:t>
      </w:r>
      <w:r w:rsidR="00014D5B" w:rsidRPr="00522820">
        <w:rPr>
          <w:lang w:val="nb-NO"/>
        </w:rPr>
        <w:t>2</w:t>
      </w:r>
      <w:r w:rsidRPr="00522820">
        <w:rPr>
          <w:lang w:val="nb-NO"/>
        </w:rPr>
        <w:t>:</w:t>
      </w:r>
      <w:r w:rsidR="00014D5B" w:rsidRPr="00522820">
        <w:rPr>
          <w:lang w:val="nb-NO"/>
        </w:rPr>
        <w:t>2</w:t>
      </w:r>
      <w:r w:rsidR="00F24188" w:rsidRPr="00522820">
        <w:rPr>
          <w:lang w:val="nb-NO"/>
        </w:rPr>
        <w:t>5</w:t>
      </w:r>
      <w:r w:rsidRPr="00522820">
        <w:rPr>
          <w:lang w:val="nb-NO"/>
        </w:rPr>
        <w:t xml:space="preserve"> </w:t>
      </w:r>
      <w:r w:rsidR="00644390" w:rsidRPr="00633852">
        <w:rPr>
          <w:lang w:val="nb-NO"/>
        </w:rPr>
        <w:t xml:space="preserve">Hvorfor øker kreftinsidensen med alder? </w:t>
      </w:r>
      <w:r w:rsidR="00644390" w:rsidRPr="009B408B">
        <w:rPr>
          <w:lang w:val="nb-NO"/>
        </w:rPr>
        <w:t>Professor Jarle Breivik</w:t>
      </w:r>
      <w:r w:rsidR="006C3FB7">
        <w:rPr>
          <w:lang w:val="nb-NO"/>
        </w:rPr>
        <w:t>, UiO</w:t>
      </w:r>
      <w:r w:rsidR="00644390" w:rsidRPr="009B408B">
        <w:rPr>
          <w:lang w:val="nb-NO"/>
        </w:rPr>
        <w:t xml:space="preserve"> </w:t>
      </w:r>
    </w:p>
    <w:p w14:paraId="29D1ACFB" w14:textId="77777777" w:rsidR="00032AAD" w:rsidRPr="004D6BF5" w:rsidRDefault="00032AAD" w:rsidP="00D77D81">
      <w:pPr>
        <w:spacing w:after="160" w:line="240" w:lineRule="auto"/>
        <w:rPr>
          <w:b/>
          <w:bCs/>
          <w:lang w:val="nb-NO"/>
        </w:rPr>
      </w:pPr>
    </w:p>
    <w:p w14:paraId="47C7E128" w14:textId="0591B77F" w:rsidR="008633F8" w:rsidRPr="00F843DA" w:rsidRDefault="008633F8" w:rsidP="00D77D81">
      <w:pPr>
        <w:spacing w:after="160" w:line="240" w:lineRule="auto"/>
        <w:rPr>
          <w:b/>
          <w:bCs/>
          <w:lang w:val="nb-NO"/>
        </w:rPr>
      </w:pPr>
      <w:r w:rsidRPr="00F843DA">
        <w:rPr>
          <w:b/>
          <w:bCs/>
          <w:lang w:val="nb-NO"/>
        </w:rPr>
        <w:t>12:</w:t>
      </w:r>
      <w:r w:rsidR="00F24188">
        <w:rPr>
          <w:b/>
          <w:bCs/>
          <w:lang w:val="nb-NO"/>
        </w:rPr>
        <w:t>2</w:t>
      </w:r>
      <w:r w:rsidR="002211E3">
        <w:rPr>
          <w:b/>
          <w:bCs/>
          <w:lang w:val="nb-NO"/>
        </w:rPr>
        <w:t>5</w:t>
      </w:r>
      <w:r w:rsidR="00D77D81">
        <w:rPr>
          <w:b/>
          <w:bCs/>
          <w:lang w:val="nb-NO"/>
        </w:rPr>
        <w:t>–</w:t>
      </w:r>
      <w:r w:rsidRPr="00F843DA">
        <w:rPr>
          <w:b/>
          <w:bCs/>
          <w:lang w:val="nb-NO"/>
        </w:rPr>
        <w:t>12:</w:t>
      </w:r>
      <w:r w:rsidR="00F24188">
        <w:rPr>
          <w:b/>
          <w:bCs/>
          <w:lang w:val="nb-NO"/>
        </w:rPr>
        <w:t>4</w:t>
      </w:r>
      <w:r w:rsidR="00007102">
        <w:rPr>
          <w:b/>
          <w:bCs/>
          <w:lang w:val="nb-NO"/>
        </w:rPr>
        <w:t>0</w:t>
      </w:r>
      <w:r w:rsidRPr="00F843DA">
        <w:rPr>
          <w:b/>
          <w:bCs/>
          <w:lang w:val="nb-NO"/>
        </w:rPr>
        <w:t xml:space="preserve"> Diskusjon</w:t>
      </w:r>
    </w:p>
    <w:p w14:paraId="492D835E" w14:textId="77777777" w:rsidR="002971A5" w:rsidRDefault="002971A5" w:rsidP="00D77D81">
      <w:pPr>
        <w:spacing w:after="160" w:line="240" w:lineRule="auto"/>
        <w:rPr>
          <w:b/>
          <w:bCs/>
          <w:lang w:val="nb-NO"/>
        </w:rPr>
      </w:pPr>
    </w:p>
    <w:p w14:paraId="1C19A558" w14:textId="288F0F99" w:rsidR="008633F8" w:rsidRPr="00D40A2F" w:rsidRDefault="008633F8" w:rsidP="00D77D81">
      <w:pPr>
        <w:spacing w:after="160" w:line="240" w:lineRule="auto"/>
        <w:rPr>
          <w:b/>
          <w:bCs/>
          <w:lang w:val="nb-NO"/>
        </w:rPr>
      </w:pPr>
      <w:r w:rsidRPr="00D40A2F">
        <w:rPr>
          <w:b/>
          <w:bCs/>
          <w:lang w:val="nb-NO"/>
        </w:rPr>
        <w:t>12:</w:t>
      </w:r>
      <w:r w:rsidR="00F24188">
        <w:rPr>
          <w:b/>
          <w:bCs/>
          <w:lang w:val="nb-NO"/>
        </w:rPr>
        <w:t>4</w:t>
      </w:r>
      <w:r w:rsidR="00007102">
        <w:rPr>
          <w:b/>
          <w:bCs/>
          <w:lang w:val="nb-NO"/>
        </w:rPr>
        <w:t>0</w:t>
      </w:r>
      <w:r w:rsidR="00D77D81">
        <w:rPr>
          <w:b/>
          <w:bCs/>
          <w:lang w:val="nb-NO"/>
        </w:rPr>
        <w:t>–</w:t>
      </w:r>
      <w:r w:rsidRPr="00D40A2F">
        <w:rPr>
          <w:b/>
          <w:bCs/>
          <w:lang w:val="nb-NO"/>
        </w:rPr>
        <w:t>13:</w:t>
      </w:r>
      <w:r w:rsidR="00F24188">
        <w:rPr>
          <w:b/>
          <w:bCs/>
          <w:lang w:val="nb-NO"/>
        </w:rPr>
        <w:t>4</w:t>
      </w:r>
      <w:r w:rsidR="00007102">
        <w:rPr>
          <w:b/>
          <w:bCs/>
          <w:lang w:val="nb-NO"/>
        </w:rPr>
        <w:t>0</w:t>
      </w:r>
      <w:r w:rsidRPr="00D40A2F">
        <w:rPr>
          <w:b/>
          <w:bCs/>
          <w:lang w:val="nb-NO"/>
        </w:rPr>
        <w:t xml:space="preserve"> Lunsj </w:t>
      </w:r>
    </w:p>
    <w:p w14:paraId="7183C857" w14:textId="77777777" w:rsidR="002971A5" w:rsidRDefault="002971A5" w:rsidP="00D77D81">
      <w:pPr>
        <w:spacing w:after="160" w:line="240" w:lineRule="auto"/>
        <w:rPr>
          <w:b/>
          <w:bCs/>
          <w:lang w:val="nb-NO"/>
        </w:rPr>
      </w:pPr>
    </w:p>
    <w:p w14:paraId="2B4FB0D6" w14:textId="53176AB8" w:rsidR="008633F8" w:rsidRPr="002871DC" w:rsidRDefault="00CF4CB3" w:rsidP="00D77D81">
      <w:pPr>
        <w:spacing w:after="160" w:line="240" w:lineRule="auto"/>
        <w:rPr>
          <w:b/>
          <w:bCs/>
          <w:lang w:val="nb-NO"/>
        </w:rPr>
      </w:pPr>
      <w:r w:rsidRPr="002871DC">
        <w:rPr>
          <w:b/>
          <w:bCs/>
          <w:lang w:val="nb-NO"/>
        </w:rPr>
        <w:t>Samfunn</w:t>
      </w:r>
      <w:r w:rsidR="00F02C6D" w:rsidRPr="002871DC">
        <w:rPr>
          <w:b/>
          <w:bCs/>
          <w:lang w:val="nb-NO"/>
        </w:rPr>
        <w:t>, miljø</w:t>
      </w:r>
      <w:r w:rsidR="002871DC" w:rsidRPr="002871DC">
        <w:rPr>
          <w:b/>
          <w:bCs/>
          <w:lang w:val="nb-NO"/>
        </w:rPr>
        <w:t xml:space="preserve">, </w:t>
      </w:r>
      <w:r w:rsidR="003A6DD8">
        <w:rPr>
          <w:b/>
          <w:bCs/>
          <w:lang w:val="nb-NO"/>
        </w:rPr>
        <w:t>livsstil</w:t>
      </w:r>
      <w:r w:rsidR="000D7128">
        <w:rPr>
          <w:b/>
          <w:bCs/>
          <w:lang w:val="nb-NO"/>
        </w:rPr>
        <w:t xml:space="preserve"> og </w:t>
      </w:r>
      <w:r w:rsidR="002871DC" w:rsidRPr="002871DC">
        <w:rPr>
          <w:b/>
          <w:bCs/>
          <w:lang w:val="nb-NO"/>
        </w:rPr>
        <w:t>forebygging</w:t>
      </w:r>
      <w:r w:rsidR="002A7D63">
        <w:rPr>
          <w:b/>
          <w:bCs/>
          <w:lang w:val="nb-NO"/>
        </w:rPr>
        <w:t xml:space="preserve"> – del </w:t>
      </w:r>
      <w:r w:rsidR="00CA306F">
        <w:rPr>
          <w:b/>
          <w:bCs/>
          <w:lang w:val="nb-NO"/>
        </w:rPr>
        <w:t>2</w:t>
      </w:r>
    </w:p>
    <w:p w14:paraId="2729BF09" w14:textId="1EDA0CDC" w:rsidR="00CA306F" w:rsidRDefault="00CA306F" w:rsidP="00D77D81">
      <w:pPr>
        <w:spacing w:after="160" w:line="240" w:lineRule="auto"/>
        <w:rPr>
          <w:lang w:val="nb-NO"/>
        </w:rPr>
      </w:pPr>
      <w:r>
        <w:rPr>
          <w:lang w:val="nb-NO"/>
        </w:rPr>
        <w:t>1</w:t>
      </w:r>
      <w:r w:rsidR="00F465EE">
        <w:rPr>
          <w:lang w:val="nb-NO"/>
        </w:rPr>
        <w:t>3</w:t>
      </w:r>
      <w:r>
        <w:rPr>
          <w:lang w:val="nb-NO"/>
        </w:rPr>
        <w:t>:</w:t>
      </w:r>
      <w:r w:rsidR="00F465EE">
        <w:rPr>
          <w:lang w:val="nb-NO"/>
        </w:rPr>
        <w:t>40</w:t>
      </w:r>
      <w:r w:rsidR="00D77D81" w:rsidRPr="00F97C11">
        <w:rPr>
          <w:lang w:val="nb-NO"/>
        </w:rPr>
        <w:t>–</w:t>
      </w:r>
      <w:r>
        <w:rPr>
          <w:lang w:val="nb-NO"/>
        </w:rPr>
        <w:t>1</w:t>
      </w:r>
      <w:r w:rsidR="00F465EE">
        <w:rPr>
          <w:lang w:val="nb-NO"/>
        </w:rPr>
        <w:t>3</w:t>
      </w:r>
      <w:r>
        <w:rPr>
          <w:lang w:val="nb-NO"/>
        </w:rPr>
        <w:t>:5</w:t>
      </w:r>
      <w:r w:rsidR="00F465EE">
        <w:rPr>
          <w:lang w:val="nb-NO"/>
        </w:rPr>
        <w:t>5</w:t>
      </w:r>
      <w:r>
        <w:rPr>
          <w:lang w:val="nb-NO"/>
        </w:rPr>
        <w:t xml:space="preserve"> </w:t>
      </w:r>
      <w:r w:rsidRPr="00F843DA">
        <w:rPr>
          <w:lang w:val="nb-NO"/>
        </w:rPr>
        <w:t>Hvilken betydning har demografiske</w:t>
      </w:r>
      <w:r w:rsidR="00E00E48">
        <w:rPr>
          <w:lang w:val="nb-NO"/>
        </w:rPr>
        <w:t xml:space="preserve"> endringer</w:t>
      </w:r>
      <w:r w:rsidRPr="00F843DA">
        <w:rPr>
          <w:lang w:val="nb-NO"/>
        </w:rPr>
        <w:t xml:space="preserve"> for sykdomsbyrden? Professor Vegard Skirbekk</w:t>
      </w:r>
      <w:r w:rsidRPr="00D40A2F">
        <w:rPr>
          <w:lang w:val="nb-NO"/>
        </w:rPr>
        <w:t xml:space="preserve">, </w:t>
      </w:r>
      <w:r>
        <w:rPr>
          <w:lang w:val="nb-NO"/>
        </w:rPr>
        <w:t>F</w:t>
      </w:r>
      <w:r w:rsidR="001911E5">
        <w:rPr>
          <w:lang w:val="nb-NO"/>
        </w:rPr>
        <w:t>HI</w:t>
      </w:r>
      <w:r>
        <w:rPr>
          <w:lang w:val="nb-NO"/>
        </w:rPr>
        <w:t xml:space="preserve">/UiO </w:t>
      </w:r>
    </w:p>
    <w:p w14:paraId="589040FF" w14:textId="3A1D3035" w:rsidR="00CA306F" w:rsidRPr="00D40A2F" w:rsidRDefault="00CA306F" w:rsidP="00D77D81">
      <w:pPr>
        <w:spacing w:after="160" w:line="240" w:lineRule="auto"/>
        <w:rPr>
          <w:lang w:val="nb-NO"/>
        </w:rPr>
      </w:pPr>
      <w:r>
        <w:rPr>
          <w:lang w:val="nb-NO"/>
        </w:rPr>
        <w:t>1</w:t>
      </w:r>
      <w:r w:rsidR="00F465EE">
        <w:rPr>
          <w:lang w:val="nb-NO"/>
        </w:rPr>
        <w:t>3</w:t>
      </w:r>
      <w:r>
        <w:rPr>
          <w:lang w:val="nb-NO"/>
        </w:rPr>
        <w:t>:5</w:t>
      </w:r>
      <w:r w:rsidR="00F465EE">
        <w:rPr>
          <w:lang w:val="nb-NO"/>
        </w:rPr>
        <w:t>5</w:t>
      </w:r>
      <w:r w:rsidR="00D77D81" w:rsidRPr="00F97C11">
        <w:rPr>
          <w:lang w:val="nb-NO"/>
        </w:rPr>
        <w:t>–</w:t>
      </w:r>
      <w:r>
        <w:rPr>
          <w:lang w:val="nb-NO"/>
        </w:rPr>
        <w:t>1</w:t>
      </w:r>
      <w:r w:rsidR="00F465EE">
        <w:rPr>
          <w:lang w:val="nb-NO"/>
        </w:rPr>
        <w:t>4</w:t>
      </w:r>
      <w:r>
        <w:rPr>
          <w:lang w:val="nb-NO"/>
        </w:rPr>
        <w:t>:</w:t>
      </w:r>
      <w:r w:rsidR="00F465EE">
        <w:rPr>
          <w:lang w:val="nb-NO"/>
        </w:rPr>
        <w:t>10</w:t>
      </w:r>
      <w:r>
        <w:rPr>
          <w:lang w:val="nb-NO"/>
        </w:rPr>
        <w:t xml:space="preserve"> Kan utforming av bo</w:t>
      </w:r>
      <w:r w:rsidRPr="009A3A6E">
        <w:rPr>
          <w:lang w:val="nb-NO"/>
        </w:rPr>
        <w:t>miljø</w:t>
      </w:r>
      <w:r>
        <w:rPr>
          <w:lang w:val="nb-NO"/>
        </w:rPr>
        <w:t xml:space="preserve"> fremme god aldring? </w:t>
      </w:r>
      <w:r w:rsidR="00E40138">
        <w:rPr>
          <w:lang w:val="nb-NO"/>
        </w:rPr>
        <w:t>Førsteamanuensis</w:t>
      </w:r>
      <w:r w:rsidR="006076B4">
        <w:rPr>
          <w:lang w:val="nb-NO"/>
        </w:rPr>
        <w:t xml:space="preserve"> </w:t>
      </w:r>
      <w:r w:rsidRPr="00007102">
        <w:rPr>
          <w:lang w:val="nb-NO"/>
        </w:rPr>
        <w:t>Kariann Krohne</w:t>
      </w:r>
      <w:r>
        <w:rPr>
          <w:lang w:val="nb-NO"/>
        </w:rPr>
        <w:t>, NMBU</w:t>
      </w:r>
      <w:r w:rsidRPr="00007102">
        <w:rPr>
          <w:lang w:val="nb-NO"/>
        </w:rPr>
        <w:t xml:space="preserve"> </w:t>
      </w:r>
    </w:p>
    <w:p w14:paraId="5AE15ABB" w14:textId="0C268A8D" w:rsidR="00CA306F" w:rsidRPr="001911E5" w:rsidRDefault="00CA306F" w:rsidP="00D77D81">
      <w:pPr>
        <w:spacing w:after="160" w:line="240" w:lineRule="auto"/>
        <w:rPr>
          <w:b/>
          <w:bCs/>
          <w:lang w:val="nb-NO"/>
        </w:rPr>
      </w:pPr>
      <w:r>
        <w:rPr>
          <w:lang w:val="nb-NO"/>
        </w:rPr>
        <w:t>1</w:t>
      </w:r>
      <w:r w:rsidR="00F465EE">
        <w:rPr>
          <w:lang w:val="nb-NO"/>
        </w:rPr>
        <w:t>4</w:t>
      </w:r>
      <w:r>
        <w:rPr>
          <w:lang w:val="nb-NO"/>
        </w:rPr>
        <w:t>:</w:t>
      </w:r>
      <w:r w:rsidR="00F465EE">
        <w:rPr>
          <w:lang w:val="nb-NO"/>
        </w:rPr>
        <w:t>1</w:t>
      </w:r>
      <w:r>
        <w:rPr>
          <w:lang w:val="nb-NO"/>
        </w:rPr>
        <w:t>0</w:t>
      </w:r>
      <w:r w:rsidR="00D77D81" w:rsidRPr="00F97C11">
        <w:rPr>
          <w:lang w:val="nb-NO"/>
        </w:rPr>
        <w:t>–</w:t>
      </w:r>
      <w:r>
        <w:rPr>
          <w:lang w:val="nb-NO"/>
        </w:rPr>
        <w:t>1</w:t>
      </w:r>
      <w:r w:rsidR="00F465EE">
        <w:rPr>
          <w:lang w:val="nb-NO"/>
        </w:rPr>
        <w:t>4</w:t>
      </w:r>
      <w:r>
        <w:rPr>
          <w:lang w:val="nb-NO"/>
        </w:rPr>
        <w:t>:</w:t>
      </w:r>
      <w:r w:rsidR="00F465EE">
        <w:rPr>
          <w:lang w:val="nb-NO"/>
        </w:rPr>
        <w:t>2</w:t>
      </w:r>
      <w:r>
        <w:rPr>
          <w:lang w:val="nb-NO"/>
        </w:rPr>
        <w:t>5</w:t>
      </w:r>
      <w:r w:rsidRPr="00F843DA">
        <w:rPr>
          <w:lang w:val="nb-NO"/>
        </w:rPr>
        <w:t xml:space="preserve"> </w:t>
      </w:r>
      <w:r w:rsidR="001911E5">
        <w:rPr>
          <w:lang w:val="nb-NO"/>
        </w:rPr>
        <w:t>Kosthold</w:t>
      </w:r>
      <w:r>
        <w:rPr>
          <w:lang w:val="nb-NO"/>
        </w:rPr>
        <w:t xml:space="preserve"> – </w:t>
      </w:r>
      <w:r w:rsidR="001911E5">
        <w:rPr>
          <w:lang w:val="nb-NO"/>
        </w:rPr>
        <w:t xml:space="preserve">mikro-næringsstoffer og aldring. </w:t>
      </w:r>
      <w:r w:rsidR="001911E5" w:rsidRPr="001911E5">
        <w:rPr>
          <w:lang w:val="nb-NO"/>
        </w:rPr>
        <w:t>Professor Jan O. Aaseth, Universitetet i</w:t>
      </w:r>
      <w:r w:rsidR="001911E5">
        <w:rPr>
          <w:lang w:val="nb-NO"/>
        </w:rPr>
        <w:t xml:space="preserve"> Innlandet</w:t>
      </w:r>
    </w:p>
    <w:p w14:paraId="62E67038" w14:textId="77777777" w:rsidR="00CA306F" w:rsidRPr="001911E5" w:rsidRDefault="00CA306F" w:rsidP="00D77D81">
      <w:pPr>
        <w:spacing w:after="160" w:line="240" w:lineRule="auto"/>
        <w:rPr>
          <w:b/>
          <w:bCs/>
          <w:lang w:val="nb-NO"/>
        </w:rPr>
      </w:pPr>
    </w:p>
    <w:p w14:paraId="173A3B67" w14:textId="777F75AF" w:rsidR="00682173" w:rsidRPr="00F843DA" w:rsidRDefault="00682173" w:rsidP="00D77D81">
      <w:pPr>
        <w:spacing w:after="160" w:line="240" w:lineRule="auto"/>
        <w:rPr>
          <w:b/>
          <w:bCs/>
          <w:lang w:val="nb-NO"/>
        </w:rPr>
      </w:pPr>
      <w:r w:rsidRPr="00F843DA">
        <w:rPr>
          <w:b/>
          <w:bCs/>
          <w:lang w:val="nb-NO"/>
        </w:rPr>
        <w:t>1</w:t>
      </w:r>
      <w:r>
        <w:rPr>
          <w:b/>
          <w:bCs/>
          <w:lang w:val="nb-NO"/>
        </w:rPr>
        <w:t>4</w:t>
      </w:r>
      <w:r w:rsidRPr="00F843DA">
        <w:rPr>
          <w:b/>
          <w:bCs/>
          <w:lang w:val="nb-NO"/>
        </w:rPr>
        <w:t>:</w:t>
      </w:r>
      <w:r w:rsidR="00F465EE">
        <w:rPr>
          <w:b/>
          <w:bCs/>
          <w:lang w:val="nb-NO"/>
        </w:rPr>
        <w:t>2</w:t>
      </w:r>
      <w:r>
        <w:rPr>
          <w:b/>
          <w:bCs/>
          <w:lang w:val="nb-NO"/>
        </w:rPr>
        <w:t>5</w:t>
      </w:r>
      <w:r w:rsidR="00D77D81">
        <w:rPr>
          <w:b/>
          <w:bCs/>
          <w:lang w:val="nb-NO"/>
        </w:rPr>
        <w:t>–</w:t>
      </w:r>
      <w:r w:rsidRPr="00F843DA">
        <w:rPr>
          <w:b/>
          <w:bCs/>
          <w:lang w:val="nb-NO"/>
        </w:rPr>
        <w:t>1</w:t>
      </w:r>
      <w:r w:rsidR="007F22E6">
        <w:rPr>
          <w:b/>
          <w:bCs/>
          <w:lang w:val="nb-NO"/>
        </w:rPr>
        <w:t>4</w:t>
      </w:r>
      <w:r w:rsidRPr="00F843DA">
        <w:rPr>
          <w:b/>
          <w:bCs/>
          <w:lang w:val="nb-NO"/>
        </w:rPr>
        <w:t>:</w:t>
      </w:r>
      <w:r w:rsidR="00F465EE">
        <w:rPr>
          <w:b/>
          <w:bCs/>
          <w:lang w:val="nb-NO"/>
        </w:rPr>
        <w:t>4</w:t>
      </w:r>
      <w:r>
        <w:rPr>
          <w:b/>
          <w:bCs/>
          <w:lang w:val="nb-NO"/>
        </w:rPr>
        <w:t>0</w:t>
      </w:r>
      <w:r w:rsidRPr="00F843DA">
        <w:rPr>
          <w:b/>
          <w:bCs/>
          <w:lang w:val="nb-NO"/>
        </w:rPr>
        <w:t xml:space="preserve"> Diskusjon</w:t>
      </w:r>
    </w:p>
    <w:p w14:paraId="20F0ACE8" w14:textId="77777777" w:rsidR="001F6B80" w:rsidRDefault="001F6B80" w:rsidP="00D77D81">
      <w:pPr>
        <w:spacing w:after="160" w:line="240" w:lineRule="auto"/>
        <w:rPr>
          <w:b/>
          <w:bCs/>
          <w:lang w:val="nb-NO"/>
        </w:rPr>
      </w:pPr>
    </w:p>
    <w:p w14:paraId="558419A4" w14:textId="6FD2AEEF" w:rsidR="00B53058" w:rsidRDefault="00B53058" w:rsidP="00D77D81">
      <w:pPr>
        <w:spacing w:after="160" w:line="240" w:lineRule="auto"/>
        <w:rPr>
          <w:b/>
          <w:bCs/>
          <w:lang w:val="nb-NO"/>
        </w:rPr>
      </w:pPr>
      <w:r w:rsidRPr="00D40A2F">
        <w:rPr>
          <w:b/>
          <w:bCs/>
          <w:lang w:val="nb-NO"/>
        </w:rPr>
        <w:t>1</w:t>
      </w:r>
      <w:r w:rsidR="00BD447C">
        <w:rPr>
          <w:b/>
          <w:bCs/>
          <w:lang w:val="nb-NO"/>
        </w:rPr>
        <w:t>4</w:t>
      </w:r>
      <w:r w:rsidRPr="00D40A2F">
        <w:rPr>
          <w:b/>
          <w:bCs/>
          <w:lang w:val="nb-NO"/>
        </w:rPr>
        <w:t>:</w:t>
      </w:r>
      <w:r w:rsidR="00F465EE">
        <w:rPr>
          <w:b/>
          <w:bCs/>
          <w:lang w:val="nb-NO"/>
        </w:rPr>
        <w:t>4</w:t>
      </w:r>
      <w:r w:rsidR="005454BF">
        <w:rPr>
          <w:b/>
          <w:bCs/>
          <w:lang w:val="nb-NO"/>
        </w:rPr>
        <w:t>0</w:t>
      </w:r>
      <w:r w:rsidR="0076638F">
        <w:rPr>
          <w:b/>
          <w:bCs/>
          <w:lang w:val="nb-NO"/>
        </w:rPr>
        <w:t>–1</w:t>
      </w:r>
      <w:r w:rsidR="00F465EE">
        <w:rPr>
          <w:b/>
          <w:bCs/>
          <w:lang w:val="nb-NO"/>
        </w:rPr>
        <w:t>4</w:t>
      </w:r>
      <w:r w:rsidR="0076638F">
        <w:rPr>
          <w:b/>
          <w:bCs/>
          <w:lang w:val="nb-NO"/>
        </w:rPr>
        <w:t>:</w:t>
      </w:r>
      <w:r w:rsidR="00F465EE">
        <w:rPr>
          <w:b/>
          <w:bCs/>
          <w:lang w:val="nb-NO"/>
        </w:rPr>
        <w:t>55</w:t>
      </w:r>
      <w:r w:rsidR="007F22E6">
        <w:rPr>
          <w:b/>
          <w:bCs/>
          <w:lang w:val="nb-NO"/>
        </w:rPr>
        <w:t xml:space="preserve"> </w:t>
      </w:r>
      <w:r w:rsidRPr="00D40A2F">
        <w:rPr>
          <w:b/>
          <w:bCs/>
          <w:lang w:val="nb-NO"/>
        </w:rPr>
        <w:t>Pause med forfriskninger</w:t>
      </w:r>
    </w:p>
    <w:p w14:paraId="027F24B4" w14:textId="6434A357" w:rsidR="00FD2D82" w:rsidRPr="00D17E93" w:rsidRDefault="001D0CBE" w:rsidP="00D77D81">
      <w:pPr>
        <w:spacing w:after="160" w:line="240" w:lineRule="auto"/>
        <w:rPr>
          <w:u w:val="single"/>
          <w:lang w:val="nb-NO"/>
        </w:rPr>
      </w:pPr>
      <w:r w:rsidRPr="005B788B">
        <w:rPr>
          <w:lang w:val="nb-NO"/>
        </w:rPr>
        <w:t>1</w:t>
      </w:r>
      <w:r w:rsidR="00F465EE">
        <w:rPr>
          <w:lang w:val="nb-NO"/>
        </w:rPr>
        <w:t>4</w:t>
      </w:r>
      <w:r w:rsidRPr="005B788B">
        <w:rPr>
          <w:lang w:val="nb-NO"/>
        </w:rPr>
        <w:t>:</w:t>
      </w:r>
      <w:r w:rsidR="00F465EE">
        <w:rPr>
          <w:lang w:val="nb-NO"/>
        </w:rPr>
        <w:t>55</w:t>
      </w:r>
      <w:r w:rsidR="00D77D81" w:rsidRPr="00F97C11">
        <w:rPr>
          <w:lang w:val="nb-NO"/>
        </w:rPr>
        <w:t>–</w:t>
      </w:r>
      <w:r w:rsidRPr="005B788B">
        <w:rPr>
          <w:lang w:val="nb-NO"/>
        </w:rPr>
        <w:t>1</w:t>
      </w:r>
      <w:r>
        <w:rPr>
          <w:lang w:val="nb-NO"/>
        </w:rPr>
        <w:t>5</w:t>
      </w:r>
      <w:r w:rsidRPr="005B788B">
        <w:rPr>
          <w:lang w:val="nb-NO"/>
        </w:rPr>
        <w:t>:</w:t>
      </w:r>
      <w:r w:rsidR="00F465EE">
        <w:rPr>
          <w:lang w:val="nb-NO"/>
        </w:rPr>
        <w:t>10</w:t>
      </w:r>
      <w:r w:rsidRPr="005B788B">
        <w:rPr>
          <w:lang w:val="nb-NO"/>
        </w:rPr>
        <w:t xml:space="preserve"> </w:t>
      </w:r>
      <w:r w:rsidR="00162EC6" w:rsidRPr="00D17E93">
        <w:rPr>
          <w:lang w:val="nb-NO"/>
        </w:rPr>
        <w:t>Aldring og skrøpelighet</w:t>
      </w:r>
      <w:r w:rsidR="00D17E93" w:rsidRPr="00A16B6C">
        <w:rPr>
          <w:lang w:val="nb-NO"/>
        </w:rPr>
        <w:t xml:space="preserve">, </w:t>
      </w:r>
      <w:proofErr w:type="spellStart"/>
      <w:r w:rsidR="00097A67">
        <w:rPr>
          <w:lang w:val="nb-NO"/>
        </w:rPr>
        <w:t>PhD</w:t>
      </w:r>
      <w:proofErr w:type="spellEnd"/>
      <w:r w:rsidR="00751774">
        <w:rPr>
          <w:lang w:val="nb-NO"/>
        </w:rPr>
        <w:t>-</w:t>
      </w:r>
      <w:r w:rsidR="00BF0CEE" w:rsidRPr="00A16B6C">
        <w:rPr>
          <w:lang w:val="nb-NO"/>
        </w:rPr>
        <w:t>S</w:t>
      </w:r>
      <w:r w:rsidR="00A77AFC">
        <w:rPr>
          <w:lang w:val="nb-NO"/>
        </w:rPr>
        <w:t>tipendiat</w:t>
      </w:r>
      <w:r w:rsidR="00C2364B">
        <w:rPr>
          <w:lang w:val="nb-NO"/>
        </w:rPr>
        <w:t xml:space="preserve"> </w:t>
      </w:r>
      <w:r w:rsidR="00C9281D">
        <w:rPr>
          <w:lang w:val="nb-NO"/>
        </w:rPr>
        <w:t xml:space="preserve">Ingebjørg </w:t>
      </w:r>
      <w:proofErr w:type="spellStart"/>
      <w:r w:rsidR="00C9281D">
        <w:rPr>
          <w:lang w:val="nb-NO"/>
        </w:rPr>
        <w:t>Kyrdalen</w:t>
      </w:r>
      <w:proofErr w:type="spellEnd"/>
      <w:r w:rsidR="006712DC" w:rsidRPr="00A16B6C">
        <w:rPr>
          <w:lang w:val="nb-NO"/>
        </w:rPr>
        <w:t xml:space="preserve">, </w:t>
      </w:r>
      <w:r w:rsidR="002131A0">
        <w:rPr>
          <w:lang w:val="nb-NO"/>
        </w:rPr>
        <w:t>Aldring og helse/</w:t>
      </w:r>
      <w:r w:rsidR="00751774">
        <w:rPr>
          <w:lang w:val="nb-NO"/>
        </w:rPr>
        <w:t>UiO</w:t>
      </w:r>
      <w:r w:rsidR="006F6191">
        <w:rPr>
          <w:lang w:val="nb-NO"/>
        </w:rPr>
        <w:t xml:space="preserve"> </w:t>
      </w:r>
    </w:p>
    <w:p w14:paraId="0B68A952" w14:textId="2CD9C0E6" w:rsidR="001D0CBE" w:rsidRPr="005B788B" w:rsidRDefault="001D0CBE" w:rsidP="00D77D81">
      <w:pPr>
        <w:spacing w:after="160" w:line="240" w:lineRule="auto"/>
        <w:rPr>
          <w:lang w:val="nb-NO"/>
        </w:rPr>
      </w:pPr>
      <w:r w:rsidRPr="005B788B">
        <w:rPr>
          <w:lang w:val="nb-NO"/>
        </w:rPr>
        <w:t>1</w:t>
      </w:r>
      <w:r>
        <w:rPr>
          <w:lang w:val="nb-NO"/>
        </w:rPr>
        <w:t>5</w:t>
      </w:r>
      <w:r w:rsidRPr="005B788B">
        <w:rPr>
          <w:lang w:val="nb-NO"/>
        </w:rPr>
        <w:t>:</w:t>
      </w:r>
      <w:r w:rsidR="00F465EE">
        <w:rPr>
          <w:lang w:val="nb-NO"/>
        </w:rPr>
        <w:t>10</w:t>
      </w:r>
      <w:r w:rsidR="00D77D81" w:rsidRPr="00F97C11">
        <w:rPr>
          <w:lang w:val="nb-NO"/>
        </w:rPr>
        <w:t>–</w:t>
      </w:r>
      <w:r w:rsidRPr="005B788B">
        <w:rPr>
          <w:lang w:val="nb-NO"/>
        </w:rPr>
        <w:t>1</w:t>
      </w:r>
      <w:r>
        <w:rPr>
          <w:lang w:val="nb-NO"/>
        </w:rPr>
        <w:t>5</w:t>
      </w:r>
      <w:r w:rsidRPr="005B788B">
        <w:rPr>
          <w:lang w:val="nb-NO"/>
        </w:rPr>
        <w:t>:</w:t>
      </w:r>
      <w:r w:rsidR="00F465EE">
        <w:rPr>
          <w:lang w:val="nb-NO"/>
        </w:rPr>
        <w:t>25</w:t>
      </w:r>
      <w:r w:rsidRPr="005B788B">
        <w:rPr>
          <w:lang w:val="nb-NO"/>
        </w:rPr>
        <w:t xml:space="preserve"> </w:t>
      </w:r>
      <w:r>
        <w:rPr>
          <w:lang w:val="nb-NO"/>
        </w:rPr>
        <w:t>Aldring og demens - f</w:t>
      </w:r>
      <w:r w:rsidRPr="005B788B">
        <w:rPr>
          <w:lang w:val="nb-NO"/>
        </w:rPr>
        <w:t>unksjon og forebygging</w:t>
      </w:r>
      <w:r>
        <w:rPr>
          <w:lang w:val="nb-NO"/>
        </w:rPr>
        <w:t xml:space="preserve">, Professor </w:t>
      </w:r>
      <w:r w:rsidRPr="005B788B">
        <w:rPr>
          <w:lang w:val="nb-NO"/>
        </w:rPr>
        <w:t xml:space="preserve">Geir </w:t>
      </w:r>
      <w:proofErr w:type="spellStart"/>
      <w:r w:rsidRPr="005B788B">
        <w:rPr>
          <w:lang w:val="nb-NO"/>
        </w:rPr>
        <w:t>Selbæk</w:t>
      </w:r>
      <w:proofErr w:type="spellEnd"/>
      <w:r w:rsidRPr="005B788B">
        <w:rPr>
          <w:lang w:val="nb-NO"/>
        </w:rPr>
        <w:t>, UiO</w:t>
      </w:r>
      <w:r>
        <w:rPr>
          <w:lang w:val="nb-NO"/>
        </w:rPr>
        <w:t xml:space="preserve"> </w:t>
      </w:r>
    </w:p>
    <w:p w14:paraId="6F8726CC" w14:textId="0AAC9A57" w:rsidR="00CA306F" w:rsidRDefault="00CA306F" w:rsidP="00D77D81">
      <w:pPr>
        <w:spacing w:after="160" w:line="240" w:lineRule="auto"/>
        <w:rPr>
          <w:lang w:val="nb-NO"/>
        </w:rPr>
      </w:pPr>
      <w:r>
        <w:rPr>
          <w:lang w:val="nb-NO"/>
        </w:rPr>
        <w:t>1</w:t>
      </w:r>
      <w:r w:rsidR="004049CC">
        <w:rPr>
          <w:lang w:val="nb-NO"/>
        </w:rPr>
        <w:t>5</w:t>
      </w:r>
      <w:r>
        <w:rPr>
          <w:lang w:val="nb-NO"/>
        </w:rPr>
        <w:t>:</w:t>
      </w:r>
      <w:r w:rsidR="00F465EE">
        <w:rPr>
          <w:lang w:val="nb-NO"/>
        </w:rPr>
        <w:t>25</w:t>
      </w:r>
      <w:r w:rsidR="00D77D81" w:rsidRPr="00F97C11">
        <w:rPr>
          <w:lang w:val="nb-NO"/>
        </w:rPr>
        <w:t>–</w:t>
      </w:r>
      <w:r>
        <w:rPr>
          <w:lang w:val="nb-NO"/>
        </w:rPr>
        <w:t>1</w:t>
      </w:r>
      <w:r w:rsidR="004049CC">
        <w:rPr>
          <w:lang w:val="nb-NO"/>
        </w:rPr>
        <w:t>5</w:t>
      </w:r>
      <w:r>
        <w:rPr>
          <w:lang w:val="nb-NO"/>
        </w:rPr>
        <w:t>:</w:t>
      </w:r>
      <w:r w:rsidR="00F465EE">
        <w:rPr>
          <w:lang w:val="nb-NO"/>
        </w:rPr>
        <w:t>40</w:t>
      </w:r>
      <w:r w:rsidRPr="00F843DA">
        <w:rPr>
          <w:lang w:val="nb-NO"/>
        </w:rPr>
        <w:t xml:space="preserve"> </w:t>
      </w:r>
      <w:r w:rsidR="00062141">
        <w:rPr>
          <w:lang w:val="nb-NO"/>
        </w:rPr>
        <w:t>Aldring og funksjon</w:t>
      </w:r>
      <w:r w:rsidRPr="00F843DA">
        <w:rPr>
          <w:lang w:val="nb-NO"/>
        </w:rPr>
        <w:t>, overlege Kristin Mork Hamre,</w:t>
      </w:r>
      <w:r w:rsidRPr="00D40A2F">
        <w:rPr>
          <w:lang w:val="nb-NO"/>
        </w:rPr>
        <w:t xml:space="preserve"> </w:t>
      </w:r>
      <w:proofErr w:type="spellStart"/>
      <w:r w:rsidRPr="00D40A2F">
        <w:rPr>
          <w:lang w:val="nb-NO"/>
        </w:rPr>
        <w:t>Ahus</w:t>
      </w:r>
      <w:proofErr w:type="spellEnd"/>
      <w:r>
        <w:rPr>
          <w:lang w:val="nb-NO"/>
        </w:rPr>
        <w:t>/NMBU</w:t>
      </w:r>
    </w:p>
    <w:p w14:paraId="396A9510" w14:textId="77777777" w:rsidR="001F6B80" w:rsidRDefault="001F6B80" w:rsidP="00D77D81">
      <w:pPr>
        <w:spacing w:after="160" w:line="240" w:lineRule="auto"/>
        <w:rPr>
          <w:b/>
          <w:bCs/>
          <w:lang w:val="nb-NO"/>
        </w:rPr>
      </w:pPr>
    </w:p>
    <w:p w14:paraId="67369AF2" w14:textId="0C608DF8" w:rsidR="00D9362A" w:rsidRPr="003A731A" w:rsidRDefault="002D0916" w:rsidP="00D77D81">
      <w:pPr>
        <w:spacing w:after="160" w:line="240" w:lineRule="auto"/>
        <w:rPr>
          <w:b/>
          <w:bCs/>
          <w:lang w:val="nb-NO"/>
        </w:rPr>
      </w:pPr>
      <w:r w:rsidRPr="003A731A">
        <w:rPr>
          <w:b/>
          <w:bCs/>
          <w:lang w:val="nb-NO"/>
        </w:rPr>
        <w:t>1</w:t>
      </w:r>
      <w:r w:rsidR="0076638F">
        <w:rPr>
          <w:b/>
          <w:bCs/>
          <w:lang w:val="nb-NO"/>
        </w:rPr>
        <w:t>5</w:t>
      </w:r>
      <w:r w:rsidRPr="003A731A">
        <w:rPr>
          <w:b/>
          <w:bCs/>
          <w:lang w:val="nb-NO"/>
        </w:rPr>
        <w:t>:</w:t>
      </w:r>
      <w:r w:rsidR="00F465EE">
        <w:rPr>
          <w:b/>
          <w:bCs/>
          <w:lang w:val="nb-NO"/>
        </w:rPr>
        <w:t>40</w:t>
      </w:r>
      <w:r w:rsidR="00D77D81">
        <w:rPr>
          <w:b/>
          <w:bCs/>
          <w:lang w:val="nb-NO"/>
        </w:rPr>
        <w:t>–</w:t>
      </w:r>
      <w:r w:rsidRPr="003A731A">
        <w:rPr>
          <w:b/>
          <w:bCs/>
          <w:lang w:val="nb-NO"/>
        </w:rPr>
        <w:t>1</w:t>
      </w:r>
      <w:r w:rsidR="00F465EE">
        <w:rPr>
          <w:b/>
          <w:bCs/>
          <w:lang w:val="nb-NO"/>
        </w:rPr>
        <w:t>5</w:t>
      </w:r>
      <w:r w:rsidR="00410B0E" w:rsidRPr="003A731A">
        <w:rPr>
          <w:b/>
          <w:bCs/>
          <w:lang w:val="nb-NO"/>
        </w:rPr>
        <w:t>:</w:t>
      </w:r>
      <w:r w:rsidR="00F465EE">
        <w:rPr>
          <w:b/>
          <w:bCs/>
          <w:lang w:val="nb-NO"/>
        </w:rPr>
        <w:t>55</w:t>
      </w:r>
      <w:r w:rsidR="00D9362A" w:rsidRPr="003A731A">
        <w:rPr>
          <w:b/>
          <w:bCs/>
          <w:lang w:val="nb-NO"/>
        </w:rPr>
        <w:t xml:space="preserve"> Diskusjon</w:t>
      </w:r>
    </w:p>
    <w:p w14:paraId="0B3424FC" w14:textId="3891BDD1" w:rsidR="002D0916" w:rsidRDefault="00D9362A" w:rsidP="00D77D81">
      <w:pPr>
        <w:spacing w:after="160" w:line="240" w:lineRule="auto"/>
        <w:rPr>
          <w:lang w:val="nb-NO"/>
        </w:rPr>
      </w:pPr>
      <w:r w:rsidRPr="005B788B">
        <w:rPr>
          <w:lang w:val="nb-NO"/>
        </w:rPr>
        <w:t>1</w:t>
      </w:r>
      <w:r w:rsidR="00F465EE">
        <w:rPr>
          <w:lang w:val="nb-NO"/>
        </w:rPr>
        <w:t>5</w:t>
      </w:r>
      <w:r w:rsidRPr="005B788B">
        <w:rPr>
          <w:lang w:val="nb-NO"/>
        </w:rPr>
        <w:t>:</w:t>
      </w:r>
      <w:r w:rsidR="00F465EE">
        <w:rPr>
          <w:lang w:val="nb-NO"/>
        </w:rPr>
        <w:t>55</w:t>
      </w:r>
      <w:r w:rsidR="00D77D81" w:rsidRPr="00F97C11">
        <w:rPr>
          <w:lang w:val="nb-NO"/>
        </w:rPr>
        <w:t>–</w:t>
      </w:r>
      <w:r w:rsidRPr="005B788B">
        <w:rPr>
          <w:lang w:val="nb-NO"/>
        </w:rPr>
        <w:t>1</w:t>
      </w:r>
      <w:r w:rsidR="004049CC">
        <w:rPr>
          <w:lang w:val="nb-NO"/>
        </w:rPr>
        <w:t>6</w:t>
      </w:r>
      <w:r w:rsidRPr="005B788B">
        <w:rPr>
          <w:lang w:val="nb-NO"/>
        </w:rPr>
        <w:t>:</w:t>
      </w:r>
      <w:r w:rsidR="00F465EE">
        <w:rPr>
          <w:lang w:val="nb-NO"/>
        </w:rPr>
        <w:t>00</w:t>
      </w:r>
      <w:r w:rsidR="002D0916" w:rsidRPr="005B788B">
        <w:rPr>
          <w:lang w:val="nb-NO"/>
        </w:rPr>
        <w:t xml:space="preserve"> </w:t>
      </w:r>
      <w:r w:rsidR="00417134" w:rsidRPr="005B788B">
        <w:rPr>
          <w:lang w:val="nb-NO"/>
        </w:rPr>
        <w:t>A</w:t>
      </w:r>
      <w:r w:rsidR="002D0916" w:rsidRPr="005B788B">
        <w:rPr>
          <w:lang w:val="nb-NO"/>
        </w:rPr>
        <w:t>vsluttende kommentar</w:t>
      </w:r>
      <w:r w:rsidR="00417134" w:rsidRPr="005B788B">
        <w:rPr>
          <w:lang w:val="nb-NO"/>
        </w:rPr>
        <w:t xml:space="preserve">, </w:t>
      </w:r>
      <w:r w:rsidR="004049CC">
        <w:rPr>
          <w:lang w:val="nb-NO"/>
        </w:rPr>
        <w:t>P</w:t>
      </w:r>
      <w:r w:rsidR="00417134" w:rsidRPr="005B788B">
        <w:rPr>
          <w:lang w:val="nb-NO"/>
        </w:rPr>
        <w:t xml:space="preserve">rofessor </w:t>
      </w:r>
      <w:r w:rsidR="002D0916" w:rsidRPr="005B788B">
        <w:rPr>
          <w:lang w:val="nb-NO"/>
        </w:rPr>
        <w:t>Espen Bjertness</w:t>
      </w:r>
      <w:r w:rsidR="00417134" w:rsidRPr="005B788B">
        <w:rPr>
          <w:lang w:val="nb-NO"/>
        </w:rPr>
        <w:t>, UiO</w:t>
      </w:r>
    </w:p>
    <w:p w14:paraId="6C7B35D2" w14:textId="77777777" w:rsidR="0097584C" w:rsidRDefault="0097584C" w:rsidP="00D77D81">
      <w:pPr>
        <w:spacing w:after="160" w:line="240" w:lineRule="auto"/>
        <w:rPr>
          <w:lang w:val="nb-NO"/>
        </w:rPr>
      </w:pPr>
    </w:p>
    <w:p w14:paraId="4137310E" w14:textId="36182845" w:rsidR="0097584C" w:rsidRDefault="009D4A1D" w:rsidP="00D77D81">
      <w:pPr>
        <w:spacing w:after="160" w:line="240" w:lineRule="auto"/>
        <w:rPr>
          <w:lang w:val="nb-NO"/>
        </w:rPr>
      </w:pPr>
      <w:r>
        <w:rPr>
          <w:lang w:val="nb-NO"/>
        </w:rPr>
        <w:t>Lenke til p</w:t>
      </w:r>
      <w:r w:rsidR="0097584C">
        <w:rPr>
          <w:lang w:val="nb-NO"/>
        </w:rPr>
        <w:t xml:space="preserve">åmelding: </w:t>
      </w:r>
      <w:hyperlink r:id="rId6" w:history="1">
        <w:r w:rsidRPr="0090062A">
          <w:rPr>
            <w:rStyle w:val="Hyperlink"/>
            <w:lang w:val="nb-NO"/>
          </w:rPr>
          <w:t>geomedisin2026</w:t>
        </w:r>
      </w:hyperlink>
    </w:p>
    <w:p w14:paraId="24B4165B" w14:textId="77777777" w:rsidR="003C7980" w:rsidRDefault="003C7980" w:rsidP="00296C4D">
      <w:pPr>
        <w:rPr>
          <w:lang w:val="nb-NO"/>
        </w:rPr>
      </w:pPr>
    </w:p>
    <w:sectPr w:rsidR="003C7980" w:rsidSect="00D77D81">
      <w:pgSz w:w="11900" w:h="16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67342A"/>
    <w:multiLevelType w:val="multilevel"/>
    <w:tmpl w:val="E158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580B73"/>
    <w:multiLevelType w:val="multilevel"/>
    <w:tmpl w:val="ECDC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DF0B76"/>
    <w:multiLevelType w:val="multilevel"/>
    <w:tmpl w:val="D052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7667D1"/>
    <w:multiLevelType w:val="multilevel"/>
    <w:tmpl w:val="02D6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02541C"/>
    <w:multiLevelType w:val="multilevel"/>
    <w:tmpl w:val="F280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990F4F"/>
    <w:multiLevelType w:val="multilevel"/>
    <w:tmpl w:val="0918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76682C"/>
    <w:multiLevelType w:val="multilevel"/>
    <w:tmpl w:val="78B8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15383B"/>
    <w:multiLevelType w:val="hybridMultilevel"/>
    <w:tmpl w:val="E2CA19AE"/>
    <w:lvl w:ilvl="0" w:tplc="95D45EDE">
      <w:numFmt w:val="bullet"/>
      <w:lvlText w:val="-"/>
      <w:lvlJc w:val="left"/>
      <w:pPr>
        <w:ind w:left="720" w:hanging="360"/>
      </w:pPr>
      <w:rPr>
        <w:rFonts w:ascii="Cambria" w:eastAsiaTheme="minorEastAsia" w:hAnsi="Cambria"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2E7622A0"/>
    <w:multiLevelType w:val="multilevel"/>
    <w:tmpl w:val="3178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FC6294"/>
    <w:multiLevelType w:val="multilevel"/>
    <w:tmpl w:val="1DCC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894D61"/>
    <w:multiLevelType w:val="hybridMultilevel"/>
    <w:tmpl w:val="86AE3DE6"/>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4D77203E"/>
    <w:multiLevelType w:val="multilevel"/>
    <w:tmpl w:val="39FE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28C6F57"/>
    <w:multiLevelType w:val="multilevel"/>
    <w:tmpl w:val="5808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C4750B"/>
    <w:multiLevelType w:val="multilevel"/>
    <w:tmpl w:val="E19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A06285"/>
    <w:multiLevelType w:val="multilevel"/>
    <w:tmpl w:val="86D6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7506829">
    <w:abstractNumId w:val="8"/>
  </w:num>
  <w:num w:numId="2" w16cid:durableId="888691491">
    <w:abstractNumId w:val="6"/>
  </w:num>
  <w:num w:numId="3" w16cid:durableId="283393426">
    <w:abstractNumId w:val="5"/>
  </w:num>
  <w:num w:numId="4" w16cid:durableId="1706516373">
    <w:abstractNumId w:val="4"/>
  </w:num>
  <w:num w:numId="5" w16cid:durableId="1966429739">
    <w:abstractNumId w:val="7"/>
  </w:num>
  <w:num w:numId="6" w16cid:durableId="1725105918">
    <w:abstractNumId w:val="3"/>
  </w:num>
  <w:num w:numId="7" w16cid:durableId="1692141887">
    <w:abstractNumId w:val="2"/>
  </w:num>
  <w:num w:numId="8" w16cid:durableId="536936774">
    <w:abstractNumId w:val="1"/>
  </w:num>
  <w:num w:numId="9" w16cid:durableId="807017890">
    <w:abstractNumId w:val="0"/>
  </w:num>
  <w:num w:numId="10" w16cid:durableId="624504889">
    <w:abstractNumId w:val="9"/>
  </w:num>
  <w:num w:numId="11" w16cid:durableId="1098136246">
    <w:abstractNumId w:val="18"/>
  </w:num>
  <w:num w:numId="12" w16cid:durableId="1782921490">
    <w:abstractNumId w:val="14"/>
  </w:num>
  <w:num w:numId="13" w16cid:durableId="1502354836">
    <w:abstractNumId w:val="12"/>
  </w:num>
  <w:num w:numId="14" w16cid:durableId="1444033906">
    <w:abstractNumId w:val="23"/>
  </w:num>
  <w:num w:numId="15" w16cid:durableId="613172175">
    <w:abstractNumId w:val="10"/>
  </w:num>
  <w:num w:numId="16" w16cid:durableId="1825271598">
    <w:abstractNumId w:val="17"/>
  </w:num>
  <w:num w:numId="17" w16cid:durableId="2031758946">
    <w:abstractNumId w:val="11"/>
  </w:num>
  <w:num w:numId="18" w16cid:durableId="1176503825">
    <w:abstractNumId w:val="13"/>
  </w:num>
  <w:num w:numId="19" w16cid:durableId="1201557126">
    <w:abstractNumId w:val="21"/>
  </w:num>
  <w:num w:numId="20" w16cid:durableId="512840468">
    <w:abstractNumId w:val="15"/>
  </w:num>
  <w:num w:numId="21" w16cid:durableId="799615777">
    <w:abstractNumId w:val="22"/>
  </w:num>
  <w:num w:numId="22" w16cid:durableId="693725338">
    <w:abstractNumId w:val="20"/>
  </w:num>
  <w:num w:numId="23" w16cid:durableId="1283224662">
    <w:abstractNumId w:val="16"/>
  </w:num>
  <w:num w:numId="24" w16cid:durableId="19851601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F87"/>
    <w:rsid w:val="00007102"/>
    <w:rsid w:val="00014D5B"/>
    <w:rsid w:val="00020F4A"/>
    <w:rsid w:val="00032AAD"/>
    <w:rsid w:val="00034616"/>
    <w:rsid w:val="00036627"/>
    <w:rsid w:val="000411A7"/>
    <w:rsid w:val="000416C5"/>
    <w:rsid w:val="000523B0"/>
    <w:rsid w:val="000556E7"/>
    <w:rsid w:val="00056E08"/>
    <w:rsid w:val="0006063C"/>
    <w:rsid w:val="00062141"/>
    <w:rsid w:val="00064FF0"/>
    <w:rsid w:val="000775B0"/>
    <w:rsid w:val="00085704"/>
    <w:rsid w:val="00094CD5"/>
    <w:rsid w:val="00097A67"/>
    <w:rsid w:val="000A1A3B"/>
    <w:rsid w:val="000D7128"/>
    <w:rsid w:val="000E21A7"/>
    <w:rsid w:val="000E284E"/>
    <w:rsid w:val="000E41C7"/>
    <w:rsid w:val="00101DC8"/>
    <w:rsid w:val="00110D17"/>
    <w:rsid w:val="00115B79"/>
    <w:rsid w:val="001210C9"/>
    <w:rsid w:val="0012289F"/>
    <w:rsid w:val="00141F88"/>
    <w:rsid w:val="0015074B"/>
    <w:rsid w:val="00162EC6"/>
    <w:rsid w:val="00165C12"/>
    <w:rsid w:val="001768CA"/>
    <w:rsid w:val="001776F1"/>
    <w:rsid w:val="00184B99"/>
    <w:rsid w:val="001911E5"/>
    <w:rsid w:val="00192663"/>
    <w:rsid w:val="001A118C"/>
    <w:rsid w:val="001B1326"/>
    <w:rsid w:val="001C199E"/>
    <w:rsid w:val="001D0305"/>
    <w:rsid w:val="001D0CBE"/>
    <w:rsid w:val="001D2B70"/>
    <w:rsid w:val="001D4099"/>
    <w:rsid w:val="001D4206"/>
    <w:rsid w:val="001D4608"/>
    <w:rsid w:val="001D705B"/>
    <w:rsid w:val="001E1D9B"/>
    <w:rsid w:val="001E2835"/>
    <w:rsid w:val="001F1C48"/>
    <w:rsid w:val="001F632B"/>
    <w:rsid w:val="001F6B80"/>
    <w:rsid w:val="00206F81"/>
    <w:rsid w:val="002114E5"/>
    <w:rsid w:val="002131A0"/>
    <w:rsid w:val="002143DB"/>
    <w:rsid w:val="002211E3"/>
    <w:rsid w:val="00227EF5"/>
    <w:rsid w:val="002356B6"/>
    <w:rsid w:val="002362AC"/>
    <w:rsid w:val="002432CB"/>
    <w:rsid w:val="00245491"/>
    <w:rsid w:val="00256502"/>
    <w:rsid w:val="00262C60"/>
    <w:rsid w:val="00270B31"/>
    <w:rsid w:val="00273742"/>
    <w:rsid w:val="00282723"/>
    <w:rsid w:val="00282DA8"/>
    <w:rsid w:val="002871DC"/>
    <w:rsid w:val="0029199D"/>
    <w:rsid w:val="00292025"/>
    <w:rsid w:val="0029639D"/>
    <w:rsid w:val="00296C4D"/>
    <w:rsid w:val="002971A5"/>
    <w:rsid w:val="002A7D63"/>
    <w:rsid w:val="002B05AB"/>
    <w:rsid w:val="002B587A"/>
    <w:rsid w:val="002B5ED2"/>
    <w:rsid w:val="002B6C7C"/>
    <w:rsid w:val="002D0916"/>
    <w:rsid w:val="002E31E4"/>
    <w:rsid w:val="002F6597"/>
    <w:rsid w:val="00303F46"/>
    <w:rsid w:val="003106C7"/>
    <w:rsid w:val="00311E23"/>
    <w:rsid w:val="00313C5A"/>
    <w:rsid w:val="0032061F"/>
    <w:rsid w:val="00321C52"/>
    <w:rsid w:val="00324CCA"/>
    <w:rsid w:val="00326F90"/>
    <w:rsid w:val="00330131"/>
    <w:rsid w:val="00331C1C"/>
    <w:rsid w:val="00334891"/>
    <w:rsid w:val="003458B0"/>
    <w:rsid w:val="0035522B"/>
    <w:rsid w:val="0036191C"/>
    <w:rsid w:val="00366A08"/>
    <w:rsid w:val="003700C6"/>
    <w:rsid w:val="00372738"/>
    <w:rsid w:val="00375833"/>
    <w:rsid w:val="00377C02"/>
    <w:rsid w:val="00380138"/>
    <w:rsid w:val="00384511"/>
    <w:rsid w:val="003A6DD8"/>
    <w:rsid w:val="003A731A"/>
    <w:rsid w:val="003C7980"/>
    <w:rsid w:val="003D3F32"/>
    <w:rsid w:val="003E0C0B"/>
    <w:rsid w:val="004024BE"/>
    <w:rsid w:val="004049CC"/>
    <w:rsid w:val="00410B0E"/>
    <w:rsid w:val="004117DB"/>
    <w:rsid w:val="00417134"/>
    <w:rsid w:val="004305B7"/>
    <w:rsid w:val="004362AF"/>
    <w:rsid w:val="00440F13"/>
    <w:rsid w:val="004437C0"/>
    <w:rsid w:val="00464978"/>
    <w:rsid w:val="004737C2"/>
    <w:rsid w:val="00484A4F"/>
    <w:rsid w:val="00484B35"/>
    <w:rsid w:val="00496EA7"/>
    <w:rsid w:val="004C67D8"/>
    <w:rsid w:val="004D6BF5"/>
    <w:rsid w:val="004E1CEE"/>
    <w:rsid w:val="00505DED"/>
    <w:rsid w:val="00520AA3"/>
    <w:rsid w:val="00522820"/>
    <w:rsid w:val="00524498"/>
    <w:rsid w:val="00526138"/>
    <w:rsid w:val="0052628A"/>
    <w:rsid w:val="00531325"/>
    <w:rsid w:val="005454BF"/>
    <w:rsid w:val="00557450"/>
    <w:rsid w:val="0056330D"/>
    <w:rsid w:val="00563AD8"/>
    <w:rsid w:val="00567FC0"/>
    <w:rsid w:val="0057242B"/>
    <w:rsid w:val="00572997"/>
    <w:rsid w:val="00575A92"/>
    <w:rsid w:val="005764FA"/>
    <w:rsid w:val="005802D8"/>
    <w:rsid w:val="00585813"/>
    <w:rsid w:val="005900FE"/>
    <w:rsid w:val="005941B0"/>
    <w:rsid w:val="005A0069"/>
    <w:rsid w:val="005B6787"/>
    <w:rsid w:val="005B788B"/>
    <w:rsid w:val="005C0814"/>
    <w:rsid w:val="005E3FD4"/>
    <w:rsid w:val="005F4F1F"/>
    <w:rsid w:val="00601B87"/>
    <w:rsid w:val="0060476E"/>
    <w:rsid w:val="006076B4"/>
    <w:rsid w:val="00611CA5"/>
    <w:rsid w:val="00612161"/>
    <w:rsid w:val="0062019F"/>
    <w:rsid w:val="0063012A"/>
    <w:rsid w:val="00633852"/>
    <w:rsid w:val="00644390"/>
    <w:rsid w:val="0064706D"/>
    <w:rsid w:val="00664CA7"/>
    <w:rsid w:val="006712DC"/>
    <w:rsid w:val="00675191"/>
    <w:rsid w:val="00675CD6"/>
    <w:rsid w:val="00682173"/>
    <w:rsid w:val="0068678A"/>
    <w:rsid w:val="00690C18"/>
    <w:rsid w:val="00694FEC"/>
    <w:rsid w:val="006974A0"/>
    <w:rsid w:val="006C3593"/>
    <w:rsid w:val="006C359F"/>
    <w:rsid w:val="006C3FB7"/>
    <w:rsid w:val="006C491B"/>
    <w:rsid w:val="006D1954"/>
    <w:rsid w:val="006D2D47"/>
    <w:rsid w:val="006D317F"/>
    <w:rsid w:val="006F6191"/>
    <w:rsid w:val="006F6BCE"/>
    <w:rsid w:val="00711832"/>
    <w:rsid w:val="007174EF"/>
    <w:rsid w:val="00727941"/>
    <w:rsid w:val="00731233"/>
    <w:rsid w:val="007345B0"/>
    <w:rsid w:val="007357A9"/>
    <w:rsid w:val="007457D7"/>
    <w:rsid w:val="007514C2"/>
    <w:rsid w:val="00751774"/>
    <w:rsid w:val="00760605"/>
    <w:rsid w:val="00762C9A"/>
    <w:rsid w:val="00765FA4"/>
    <w:rsid w:val="0076638F"/>
    <w:rsid w:val="0077300C"/>
    <w:rsid w:val="007A1169"/>
    <w:rsid w:val="007A4CE1"/>
    <w:rsid w:val="007A55B3"/>
    <w:rsid w:val="007B0E6B"/>
    <w:rsid w:val="007B0EBB"/>
    <w:rsid w:val="007B47CC"/>
    <w:rsid w:val="007B54E0"/>
    <w:rsid w:val="007C0AD4"/>
    <w:rsid w:val="007C1121"/>
    <w:rsid w:val="007D0AF8"/>
    <w:rsid w:val="007D3D2D"/>
    <w:rsid w:val="007F1C62"/>
    <w:rsid w:val="007F1DB8"/>
    <w:rsid w:val="007F22E6"/>
    <w:rsid w:val="00800923"/>
    <w:rsid w:val="0080300B"/>
    <w:rsid w:val="008055DD"/>
    <w:rsid w:val="008118B2"/>
    <w:rsid w:val="008155F1"/>
    <w:rsid w:val="0081731C"/>
    <w:rsid w:val="00832560"/>
    <w:rsid w:val="00837D2D"/>
    <w:rsid w:val="00853277"/>
    <w:rsid w:val="008532CF"/>
    <w:rsid w:val="00861121"/>
    <w:rsid w:val="0086324C"/>
    <w:rsid w:val="008633F8"/>
    <w:rsid w:val="00881DF2"/>
    <w:rsid w:val="00882EAC"/>
    <w:rsid w:val="00887452"/>
    <w:rsid w:val="008914A9"/>
    <w:rsid w:val="008A4280"/>
    <w:rsid w:val="008A79EB"/>
    <w:rsid w:val="008E10A0"/>
    <w:rsid w:val="008E5426"/>
    <w:rsid w:val="008E6512"/>
    <w:rsid w:val="008E6B24"/>
    <w:rsid w:val="008F7937"/>
    <w:rsid w:val="0090062A"/>
    <w:rsid w:val="00917C11"/>
    <w:rsid w:val="00917CBC"/>
    <w:rsid w:val="0093596B"/>
    <w:rsid w:val="00952340"/>
    <w:rsid w:val="00964E67"/>
    <w:rsid w:val="009754E5"/>
    <w:rsid w:val="0097584C"/>
    <w:rsid w:val="00975B1C"/>
    <w:rsid w:val="0098213A"/>
    <w:rsid w:val="0099019D"/>
    <w:rsid w:val="00991C03"/>
    <w:rsid w:val="009953D0"/>
    <w:rsid w:val="009A3A6E"/>
    <w:rsid w:val="009A628D"/>
    <w:rsid w:val="009A6892"/>
    <w:rsid w:val="009A79E9"/>
    <w:rsid w:val="009B21E8"/>
    <w:rsid w:val="009B27A7"/>
    <w:rsid w:val="009B2B96"/>
    <w:rsid w:val="009B408B"/>
    <w:rsid w:val="009B5560"/>
    <w:rsid w:val="009C0EDF"/>
    <w:rsid w:val="009C3EB7"/>
    <w:rsid w:val="009D4A1D"/>
    <w:rsid w:val="009D6427"/>
    <w:rsid w:val="009E403F"/>
    <w:rsid w:val="009E787A"/>
    <w:rsid w:val="009F122E"/>
    <w:rsid w:val="009F4D2A"/>
    <w:rsid w:val="00A03412"/>
    <w:rsid w:val="00A15254"/>
    <w:rsid w:val="00A16B6C"/>
    <w:rsid w:val="00A354F4"/>
    <w:rsid w:val="00A61A15"/>
    <w:rsid w:val="00A7256A"/>
    <w:rsid w:val="00A76F0A"/>
    <w:rsid w:val="00A77AFC"/>
    <w:rsid w:val="00A80C1E"/>
    <w:rsid w:val="00A8585C"/>
    <w:rsid w:val="00A86BAA"/>
    <w:rsid w:val="00AA1D8D"/>
    <w:rsid w:val="00AB5A87"/>
    <w:rsid w:val="00AB7E0F"/>
    <w:rsid w:val="00AC216F"/>
    <w:rsid w:val="00AC5BBD"/>
    <w:rsid w:val="00B068C1"/>
    <w:rsid w:val="00B212E6"/>
    <w:rsid w:val="00B40C04"/>
    <w:rsid w:val="00B46894"/>
    <w:rsid w:val="00B47730"/>
    <w:rsid w:val="00B53058"/>
    <w:rsid w:val="00B551DE"/>
    <w:rsid w:val="00B55AB3"/>
    <w:rsid w:val="00B70341"/>
    <w:rsid w:val="00BA799D"/>
    <w:rsid w:val="00BB1F76"/>
    <w:rsid w:val="00BD1333"/>
    <w:rsid w:val="00BD2E1E"/>
    <w:rsid w:val="00BD447C"/>
    <w:rsid w:val="00BE2BCC"/>
    <w:rsid w:val="00BE3506"/>
    <w:rsid w:val="00BF0CEE"/>
    <w:rsid w:val="00BF272B"/>
    <w:rsid w:val="00BF752A"/>
    <w:rsid w:val="00C0360D"/>
    <w:rsid w:val="00C04301"/>
    <w:rsid w:val="00C21002"/>
    <w:rsid w:val="00C2364B"/>
    <w:rsid w:val="00C25D0A"/>
    <w:rsid w:val="00C26E7C"/>
    <w:rsid w:val="00C32D0E"/>
    <w:rsid w:val="00C34C5D"/>
    <w:rsid w:val="00C4256D"/>
    <w:rsid w:val="00C43CA0"/>
    <w:rsid w:val="00C452DB"/>
    <w:rsid w:val="00C9281D"/>
    <w:rsid w:val="00C93787"/>
    <w:rsid w:val="00CA306F"/>
    <w:rsid w:val="00CB0664"/>
    <w:rsid w:val="00CC44BB"/>
    <w:rsid w:val="00CD077C"/>
    <w:rsid w:val="00CD3D80"/>
    <w:rsid w:val="00CD62AC"/>
    <w:rsid w:val="00CF4CB3"/>
    <w:rsid w:val="00D00CF1"/>
    <w:rsid w:val="00D1305D"/>
    <w:rsid w:val="00D16A9D"/>
    <w:rsid w:val="00D17E93"/>
    <w:rsid w:val="00D20DA7"/>
    <w:rsid w:val="00D216CB"/>
    <w:rsid w:val="00D40A2F"/>
    <w:rsid w:val="00D74A9B"/>
    <w:rsid w:val="00D760B4"/>
    <w:rsid w:val="00D772F1"/>
    <w:rsid w:val="00D77D81"/>
    <w:rsid w:val="00D9362A"/>
    <w:rsid w:val="00DB1E88"/>
    <w:rsid w:val="00DB470A"/>
    <w:rsid w:val="00DC3B8F"/>
    <w:rsid w:val="00DC609C"/>
    <w:rsid w:val="00DE31B3"/>
    <w:rsid w:val="00DE4002"/>
    <w:rsid w:val="00DE6697"/>
    <w:rsid w:val="00DF40F9"/>
    <w:rsid w:val="00E00E48"/>
    <w:rsid w:val="00E06BEF"/>
    <w:rsid w:val="00E224FF"/>
    <w:rsid w:val="00E40138"/>
    <w:rsid w:val="00E459C6"/>
    <w:rsid w:val="00E51AAC"/>
    <w:rsid w:val="00E53325"/>
    <w:rsid w:val="00E60B50"/>
    <w:rsid w:val="00E80FDE"/>
    <w:rsid w:val="00E818E3"/>
    <w:rsid w:val="00E91406"/>
    <w:rsid w:val="00EA277A"/>
    <w:rsid w:val="00EB1DFD"/>
    <w:rsid w:val="00EB24BC"/>
    <w:rsid w:val="00EB3489"/>
    <w:rsid w:val="00ED6EFD"/>
    <w:rsid w:val="00EF0384"/>
    <w:rsid w:val="00EF3D4F"/>
    <w:rsid w:val="00F02C6D"/>
    <w:rsid w:val="00F06F0D"/>
    <w:rsid w:val="00F10CB6"/>
    <w:rsid w:val="00F12D65"/>
    <w:rsid w:val="00F22544"/>
    <w:rsid w:val="00F24188"/>
    <w:rsid w:val="00F257F5"/>
    <w:rsid w:val="00F25C6B"/>
    <w:rsid w:val="00F264CB"/>
    <w:rsid w:val="00F31773"/>
    <w:rsid w:val="00F43521"/>
    <w:rsid w:val="00F43A3D"/>
    <w:rsid w:val="00F45270"/>
    <w:rsid w:val="00F4631C"/>
    <w:rsid w:val="00F465EE"/>
    <w:rsid w:val="00F67BEA"/>
    <w:rsid w:val="00F7283E"/>
    <w:rsid w:val="00F77B96"/>
    <w:rsid w:val="00F843DA"/>
    <w:rsid w:val="00F97C11"/>
    <w:rsid w:val="00FA1967"/>
    <w:rsid w:val="00FC4024"/>
    <w:rsid w:val="00FC693F"/>
    <w:rsid w:val="00FC7D84"/>
    <w:rsid w:val="00FD2D82"/>
    <w:rsid w:val="00FE2833"/>
    <w:rsid w:val="00FF31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0127D6"/>
  <w14:defaultImageDpi w14:val="300"/>
  <w15:docId w15:val="{9FA061D1-195D-4DD0-8DA1-E21B7EA3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C11"/>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AB7E0F"/>
    <w:pPr>
      <w:spacing w:after="0" w:line="240" w:lineRule="auto"/>
    </w:pPr>
  </w:style>
  <w:style w:type="character" w:styleId="CommentReference">
    <w:name w:val="annotation reference"/>
    <w:basedOn w:val="DefaultParagraphFont"/>
    <w:uiPriority w:val="99"/>
    <w:semiHidden/>
    <w:unhideWhenUsed/>
    <w:rsid w:val="00A86BAA"/>
    <w:rPr>
      <w:sz w:val="16"/>
      <w:szCs w:val="16"/>
    </w:rPr>
  </w:style>
  <w:style w:type="paragraph" w:styleId="CommentText">
    <w:name w:val="annotation text"/>
    <w:basedOn w:val="Normal"/>
    <w:link w:val="CommentTextChar"/>
    <w:uiPriority w:val="99"/>
    <w:unhideWhenUsed/>
    <w:rsid w:val="00A86BAA"/>
    <w:pPr>
      <w:spacing w:line="240" w:lineRule="auto"/>
    </w:pPr>
    <w:rPr>
      <w:sz w:val="20"/>
      <w:szCs w:val="20"/>
    </w:rPr>
  </w:style>
  <w:style w:type="character" w:customStyle="1" w:styleId="CommentTextChar">
    <w:name w:val="Comment Text Char"/>
    <w:basedOn w:val="DefaultParagraphFont"/>
    <w:link w:val="CommentText"/>
    <w:uiPriority w:val="99"/>
    <w:rsid w:val="00A86BAA"/>
    <w:rPr>
      <w:sz w:val="20"/>
      <w:szCs w:val="20"/>
    </w:rPr>
  </w:style>
  <w:style w:type="paragraph" w:styleId="CommentSubject">
    <w:name w:val="annotation subject"/>
    <w:basedOn w:val="CommentText"/>
    <w:next w:val="CommentText"/>
    <w:link w:val="CommentSubjectChar"/>
    <w:uiPriority w:val="99"/>
    <w:semiHidden/>
    <w:unhideWhenUsed/>
    <w:rsid w:val="00A86BAA"/>
    <w:rPr>
      <w:b/>
      <w:bCs/>
    </w:rPr>
  </w:style>
  <w:style w:type="character" w:customStyle="1" w:styleId="CommentSubjectChar">
    <w:name w:val="Comment Subject Char"/>
    <w:basedOn w:val="CommentTextChar"/>
    <w:link w:val="CommentSubject"/>
    <w:uiPriority w:val="99"/>
    <w:semiHidden/>
    <w:rsid w:val="00A86BAA"/>
    <w:rPr>
      <w:b/>
      <w:bCs/>
      <w:sz w:val="20"/>
      <w:szCs w:val="20"/>
    </w:rPr>
  </w:style>
  <w:style w:type="character" w:styleId="Hyperlink">
    <w:name w:val="Hyperlink"/>
    <w:basedOn w:val="DefaultParagraphFont"/>
    <w:uiPriority w:val="99"/>
    <w:unhideWhenUsed/>
    <w:rsid w:val="0090062A"/>
    <w:rPr>
      <w:color w:val="0000FF" w:themeColor="hyperlink"/>
      <w:u w:val="single"/>
    </w:rPr>
  </w:style>
  <w:style w:type="character" w:styleId="UnresolvedMention">
    <w:name w:val="Unresolved Mention"/>
    <w:basedOn w:val="DefaultParagraphFont"/>
    <w:uiPriority w:val="99"/>
    <w:semiHidden/>
    <w:unhideWhenUsed/>
    <w:rsid w:val="00900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tsreg.com/no/event/geomedisin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463b6811-b0a4-4b2a-b932-72c4c970c5d2}" enabled="0" method="" siteId="{463b6811-b0a4-4b2a-b932-72c4c970c5d2}"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2</Pages>
  <Words>458</Words>
  <Characters>2430</Characters>
  <Application>Microsoft Office Word</Application>
  <DocSecurity>0</DocSecurity>
  <Lines>20</Lines>
  <Paragraphs>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2883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Geir Aamodt</cp:lastModifiedBy>
  <cp:revision>4</cp:revision>
  <cp:lastPrinted>2026-06-22T07:49:00Z</cp:lastPrinted>
  <dcterms:created xsi:type="dcterms:W3CDTF">2026-06-25T09:50:00Z</dcterms:created>
  <dcterms:modified xsi:type="dcterms:W3CDTF">2026-06-25T09:54:00Z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2c0a6e-2c12-4688-9c96-cb4c6b822d2a_Enabled">
    <vt:lpwstr>true</vt:lpwstr>
  </property>
  <property fmtid="{D5CDD505-2E9C-101B-9397-08002B2CF9AE}" pid="3" name="MSIP_Label_fd2c0a6e-2c12-4688-9c96-cb4c6b822d2a_SetDate">
    <vt:lpwstr>2026-06-25T09:50:28Z</vt:lpwstr>
  </property>
  <property fmtid="{D5CDD505-2E9C-101B-9397-08002B2CF9AE}" pid="4" name="MSIP_Label_fd2c0a6e-2c12-4688-9c96-cb4c6b822d2a_Method">
    <vt:lpwstr>Privileged</vt:lpwstr>
  </property>
  <property fmtid="{D5CDD505-2E9C-101B-9397-08002B2CF9AE}" pid="5" name="MSIP_Label_fd2c0a6e-2c12-4688-9c96-cb4c6b822d2a_Name">
    <vt:lpwstr>fd2c0a6e-2c12-4688-9c96-cb4c6b822d2a</vt:lpwstr>
  </property>
  <property fmtid="{D5CDD505-2E9C-101B-9397-08002B2CF9AE}" pid="6" name="MSIP_Label_fd2c0a6e-2c12-4688-9c96-cb4c6b822d2a_SiteId">
    <vt:lpwstr>eec01f8e-737f-43e3-9ed5-f8a59913bd82</vt:lpwstr>
  </property>
  <property fmtid="{D5CDD505-2E9C-101B-9397-08002B2CF9AE}" pid="7" name="MSIP_Label_fd2c0a6e-2c12-4688-9c96-cb4c6b822d2a_ActionId">
    <vt:lpwstr>91914d1c-2de7-4f67-95c3-597cff40a9d1</vt:lpwstr>
  </property>
  <property fmtid="{D5CDD505-2E9C-101B-9397-08002B2CF9AE}" pid="8" name="MSIP_Label_fd2c0a6e-2c12-4688-9c96-cb4c6b822d2a_ContentBits">
    <vt:lpwstr>0</vt:lpwstr>
  </property>
  <property fmtid="{D5CDD505-2E9C-101B-9397-08002B2CF9AE}" pid="9" name="MSIP_Label_fd2c0a6e-2c12-4688-9c96-cb4c6b822d2a_Tag">
    <vt:lpwstr>10, 0, 1, 1</vt:lpwstr>
  </property>
</Properties>
</file>